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2862" w14:textId="77777777" w:rsidR="00090877" w:rsidRDefault="00772EEE">
      <w:pPr>
        <w:pStyle w:val="Title"/>
        <w:jc w:val="center"/>
      </w:pPr>
      <w:r>
        <w:t>MAMA PROJECT SOLUTIONS LTD.</w:t>
      </w:r>
    </w:p>
    <w:p w14:paraId="7C4EF8DC" w14:textId="77777777" w:rsidR="00090877" w:rsidRDefault="00772EEE">
      <w:pPr>
        <w:jc w:val="center"/>
      </w:pPr>
      <w:r>
        <w:rPr>
          <w:b/>
        </w:rPr>
        <w:t>EMPLOYMENT APPLICATION FORM</w:t>
      </w:r>
    </w:p>
    <w:p w14:paraId="1FBAA7D8" w14:textId="77777777" w:rsidR="00472AFE" w:rsidRDefault="00472AFE" w:rsidP="00472AFE">
      <w:pPr>
        <w:jc w:val="right"/>
      </w:pPr>
    </w:p>
    <w:p w14:paraId="4A01C593" w14:textId="40192559" w:rsidR="00090877" w:rsidRDefault="00772EEE" w:rsidP="00472AFE">
      <w:pPr>
        <w:jc w:val="right"/>
      </w:pPr>
      <w:r>
        <w:t>Date of Application: ________________________________________</w:t>
      </w:r>
    </w:p>
    <w:p w14:paraId="410567C0" w14:textId="77777777" w:rsidR="00090877" w:rsidRDefault="00772EEE">
      <w:pPr>
        <w:pStyle w:val="Heading1"/>
      </w:pPr>
      <w:r>
        <w:t>Section 1 – Personal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84"/>
        <w:gridCol w:w="272"/>
      </w:tblGrid>
      <w:tr w:rsidR="00090877" w14:paraId="650A7AD3" w14:textId="77777777" w:rsidTr="00E92843">
        <w:tc>
          <w:tcPr>
            <w:tcW w:w="8584" w:type="dxa"/>
          </w:tcPr>
          <w:p w14:paraId="22CAE607" w14:textId="39DD6F44" w:rsidR="00E92843" w:rsidRDefault="00E92843" w:rsidP="00E92843"/>
          <w:p w14:paraId="7D87BDA7" w14:textId="32606A42" w:rsidR="00090877" w:rsidRDefault="00E92843">
            <w:r>
              <w:t>Full Legal Name: ___________________________________________________________</w:t>
            </w:r>
            <w:r w:rsidR="00562E7D">
              <w:t>__</w:t>
            </w:r>
            <w:r>
              <w:t>___</w:t>
            </w:r>
          </w:p>
        </w:tc>
        <w:tc>
          <w:tcPr>
            <w:tcW w:w="272" w:type="dxa"/>
          </w:tcPr>
          <w:p w14:paraId="5B83A980" w14:textId="77777777" w:rsidR="00090877" w:rsidRDefault="00090877"/>
        </w:tc>
      </w:tr>
      <w:tr w:rsidR="00090877" w14:paraId="2F7B617E" w14:textId="77777777" w:rsidTr="00E92843">
        <w:tc>
          <w:tcPr>
            <w:tcW w:w="8584" w:type="dxa"/>
          </w:tcPr>
          <w:p w14:paraId="774D0224" w14:textId="29656856" w:rsidR="00090877" w:rsidRDefault="00772EEE">
            <w:r>
              <w:t>National ID / Passport Number</w:t>
            </w:r>
            <w:r w:rsidR="00E92843">
              <w:t>: _____________________________________________</w:t>
            </w:r>
            <w:r w:rsidR="00562E7D">
              <w:t>__</w:t>
            </w:r>
            <w:r w:rsidR="00E92843">
              <w:t>_____</w:t>
            </w:r>
          </w:p>
        </w:tc>
        <w:tc>
          <w:tcPr>
            <w:tcW w:w="272" w:type="dxa"/>
          </w:tcPr>
          <w:p w14:paraId="60581DC8" w14:textId="77777777" w:rsidR="00090877" w:rsidRDefault="00090877"/>
        </w:tc>
      </w:tr>
      <w:tr w:rsidR="00090877" w14:paraId="08974D4E" w14:textId="77777777" w:rsidTr="00E92843">
        <w:tc>
          <w:tcPr>
            <w:tcW w:w="8584" w:type="dxa"/>
          </w:tcPr>
          <w:p w14:paraId="2B57DE77" w14:textId="6497AA19" w:rsidR="00090877" w:rsidRDefault="00772EEE">
            <w:r>
              <w:t>KRA PIN</w:t>
            </w:r>
            <w:r w:rsidR="00E92843">
              <w:t>: _____________________________________________________________</w:t>
            </w:r>
            <w:r w:rsidR="00562E7D">
              <w:t>__</w:t>
            </w:r>
            <w:r w:rsidR="00E92843">
              <w:t>_______</w:t>
            </w:r>
          </w:p>
        </w:tc>
        <w:tc>
          <w:tcPr>
            <w:tcW w:w="272" w:type="dxa"/>
          </w:tcPr>
          <w:p w14:paraId="64FE3DD7" w14:textId="77777777" w:rsidR="00090877" w:rsidRDefault="00090877"/>
        </w:tc>
      </w:tr>
      <w:tr w:rsidR="00090877" w14:paraId="3CAD3401" w14:textId="77777777" w:rsidTr="00E92843">
        <w:tc>
          <w:tcPr>
            <w:tcW w:w="8584" w:type="dxa"/>
          </w:tcPr>
          <w:p w14:paraId="2F7D67E7" w14:textId="36D35604" w:rsidR="00090877" w:rsidRDefault="00772EEE">
            <w:r>
              <w:t>NSSF Number</w:t>
            </w:r>
            <w:r w:rsidR="00E92843">
              <w:t>: ______________________________________________________</w:t>
            </w:r>
            <w:r w:rsidR="00562E7D">
              <w:t>__</w:t>
            </w:r>
            <w:r w:rsidR="007F01AE">
              <w:t>____</w:t>
            </w:r>
            <w:r w:rsidR="00183D01">
              <w:t>_</w:t>
            </w:r>
            <w:r w:rsidR="007F01AE">
              <w:t>_</w:t>
            </w:r>
            <w:r w:rsidR="00E92843">
              <w:t>___</w:t>
            </w:r>
          </w:p>
        </w:tc>
        <w:tc>
          <w:tcPr>
            <w:tcW w:w="272" w:type="dxa"/>
          </w:tcPr>
          <w:p w14:paraId="7907D617" w14:textId="77777777" w:rsidR="00090877" w:rsidRDefault="00090877"/>
        </w:tc>
      </w:tr>
      <w:tr w:rsidR="00090877" w14:paraId="1358B99D" w14:textId="77777777" w:rsidTr="00E92843">
        <w:tc>
          <w:tcPr>
            <w:tcW w:w="8584" w:type="dxa"/>
          </w:tcPr>
          <w:p w14:paraId="5BB0E9BF" w14:textId="71D5EC33" w:rsidR="00090877" w:rsidRDefault="00772EEE">
            <w:r>
              <w:t>SHA Number</w:t>
            </w:r>
            <w:r w:rsidR="00E92843">
              <w:t>: _____________________________________________________</w:t>
            </w:r>
            <w:r w:rsidR="00562E7D">
              <w:t>__</w:t>
            </w:r>
            <w:r w:rsidR="00E92843">
              <w:t>___________</w:t>
            </w:r>
          </w:p>
        </w:tc>
        <w:tc>
          <w:tcPr>
            <w:tcW w:w="272" w:type="dxa"/>
          </w:tcPr>
          <w:p w14:paraId="2D0426FE" w14:textId="77777777" w:rsidR="00090877" w:rsidRDefault="00090877"/>
        </w:tc>
      </w:tr>
      <w:tr w:rsidR="00090877" w14:paraId="649CC038" w14:textId="77777777" w:rsidTr="00E92843">
        <w:tc>
          <w:tcPr>
            <w:tcW w:w="8584" w:type="dxa"/>
          </w:tcPr>
          <w:p w14:paraId="4DD57F9F" w14:textId="4273DC44" w:rsidR="00090877" w:rsidRDefault="00772EEE">
            <w:r>
              <w:t>Date of Birth</w:t>
            </w:r>
            <w:r w:rsidR="00E92843">
              <w:t>: ___________________________________________________</w:t>
            </w:r>
            <w:r w:rsidR="00562E7D">
              <w:t>__</w:t>
            </w:r>
            <w:r w:rsidR="00E92843">
              <w:t>_____________</w:t>
            </w:r>
          </w:p>
        </w:tc>
        <w:tc>
          <w:tcPr>
            <w:tcW w:w="272" w:type="dxa"/>
          </w:tcPr>
          <w:p w14:paraId="128DCA76" w14:textId="77777777" w:rsidR="00090877" w:rsidRDefault="00090877"/>
        </w:tc>
      </w:tr>
      <w:tr w:rsidR="00090877" w14:paraId="05C49652" w14:textId="77777777" w:rsidTr="00E92843">
        <w:tc>
          <w:tcPr>
            <w:tcW w:w="8584" w:type="dxa"/>
          </w:tcPr>
          <w:p w14:paraId="6C871CC0" w14:textId="1FBA203F" w:rsidR="00090877" w:rsidRDefault="00772EEE">
            <w:r>
              <w:t>Nationality</w:t>
            </w:r>
            <w:r w:rsidR="00E92843">
              <w:t>: __________________________________________________</w:t>
            </w:r>
            <w:r w:rsidR="00562E7D">
              <w:t>__</w:t>
            </w:r>
            <w:r w:rsidR="00E92843">
              <w:t>_______________</w:t>
            </w:r>
          </w:p>
        </w:tc>
        <w:tc>
          <w:tcPr>
            <w:tcW w:w="272" w:type="dxa"/>
          </w:tcPr>
          <w:p w14:paraId="1666EDFC" w14:textId="77777777" w:rsidR="00090877" w:rsidRDefault="00090877"/>
        </w:tc>
      </w:tr>
      <w:tr w:rsidR="00090877" w14:paraId="15850CC1" w14:textId="77777777" w:rsidTr="00E92843">
        <w:tc>
          <w:tcPr>
            <w:tcW w:w="8584" w:type="dxa"/>
          </w:tcPr>
          <w:p w14:paraId="61C77CFD" w14:textId="1F411B1E" w:rsidR="00090877" w:rsidRDefault="00772EEE">
            <w:r>
              <w:t>County</w:t>
            </w:r>
            <w:r w:rsidR="00E92843">
              <w:t>: ___________________________________________________</w:t>
            </w:r>
            <w:r w:rsidR="00562E7D">
              <w:t>__</w:t>
            </w:r>
            <w:r w:rsidR="00E92843">
              <w:t>_________________</w:t>
            </w:r>
          </w:p>
        </w:tc>
        <w:tc>
          <w:tcPr>
            <w:tcW w:w="272" w:type="dxa"/>
          </w:tcPr>
          <w:p w14:paraId="3D12CE67" w14:textId="77777777" w:rsidR="00090877" w:rsidRDefault="00090877"/>
        </w:tc>
      </w:tr>
      <w:tr w:rsidR="00090877" w14:paraId="6EF705CE" w14:textId="77777777" w:rsidTr="00E92843">
        <w:tc>
          <w:tcPr>
            <w:tcW w:w="8584" w:type="dxa"/>
          </w:tcPr>
          <w:p w14:paraId="2C46F898" w14:textId="433D3C5A" w:rsidR="00090877" w:rsidRDefault="00772EEE">
            <w:r>
              <w:t>Sub-</w:t>
            </w:r>
            <w:proofErr w:type="gramStart"/>
            <w:r>
              <w:t>County</w:t>
            </w:r>
            <w:r w:rsidR="00E92843">
              <w:t>:_</w:t>
            </w:r>
            <w:proofErr w:type="gramEnd"/>
            <w:r w:rsidR="00E92843">
              <w:t>_______________________________________________</w:t>
            </w:r>
            <w:r w:rsidR="00562E7D">
              <w:t>__</w:t>
            </w:r>
            <w:r w:rsidR="00E92843">
              <w:t>__</w:t>
            </w:r>
            <w:r w:rsidR="00562E7D">
              <w:t>______</w:t>
            </w:r>
            <w:r w:rsidR="00E92843">
              <w:t>__________</w:t>
            </w:r>
          </w:p>
        </w:tc>
        <w:tc>
          <w:tcPr>
            <w:tcW w:w="272" w:type="dxa"/>
          </w:tcPr>
          <w:p w14:paraId="39BBA6B3" w14:textId="77777777" w:rsidR="00090877" w:rsidRDefault="00090877"/>
        </w:tc>
      </w:tr>
      <w:tr w:rsidR="00090877" w14:paraId="037D4F8B" w14:textId="77777777" w:rsidTr="00E92843">
        <w:tc>
          <w:tcPr>
            <w:tcW w:w="8584" w:type="dxa"/>
          </w:tcPr>
          <w:p w14:paraId="15A69571" w14:textId="1734727A" w:rsidR="00090877" w:rsidRDefault="00772EEE">
            <w:r>
              <w:t>Village / Town</w:t>
            </w:r>
            <w:r w:rsidR="00E92843">
              <w:t>: ________________________________________________</w:t>
            </w:r>
            <w:r w:rsidR="00562E7D">
              <w:t>____</w:t>
            </w:r>
            <w:r w:rsidR="00E92843">
              <w:t>_____________</w:t>
            </w:r>
          </w:p>
        </w:tc>
        <w:tc>
          <w:tcPr>
            <w:tcW w:w="272" w:type="dxa"/>
          </w:tcPr>
          <w:p w14:paraId="32BFCF37" w14:textId="77777777" w:rsidR="00090877" w:rsidRDefault="00090877"/>
        </w:tc>
      </w:tr>
      <w:tr w:rsidR="00090877" w14:paraId="1CF17E7A" w14:textId="77777777" w:rsidTr="00E92843">
        <w:tc>
          <w:tcPr>
            <w:tcW w:w="8584" w:type="dxa"/>
          </w:tcPr>
          <w:p w14:paraId="796143CF" w14:textId="7AF90AC2" w:rsidR="00090877" w:rsidRDefault="00772EEE">
            <w:r>
              <w:t>Postal Address</w:t>
            </w:r>
            <w:r w:rsidR="00E92843">
              <w:t>:</w:t>
            </w:r>
            <w:r w:rsidR="00171950">
              <w:t xml:space="preserve"> ______________________________________________</w:t>
            </w:r>
            <w:r w:rsidR="00562E7D">
              <w:t>___</w:t>
            </w:r>
            <w:r w:rsidR="00171950">
              <w:t>________________</w:t>
            </w:r>
          </w:p>
        </w:tc>
        <w:tc>
          <w:tcPr>
            <w:tcW w:w="272" w:type="dxa"/>
          </w:tcPr>
          <w:p w14:paraId="237364DF" w14:textId="77777777" w:rsidR="00090877" w:rsidRDefault="00090877"/>
        </w:tc>
      </w:tr>
      <w:tr w:rsidR="00090877" w14:paraId="510F408F" w14:textId="77777777" w:rsidTr="00E92843">
        <w:tc>
          <w:tcPr>
            <w:tcW w:w="8584" w:type="dxa"/>
          </w:tcPr>
          <w:p w14:paraId="778DE263" w14:textId="386AF29D" w:rsidR="00090877" w:rsidRDefault="00772EEE">
            <w:r>
              <w:t>Physical Address</w:t>
            </w:r>
            <w:r w:rsidR="00E92843">
              <w:t>:</w:t>
            </w:r>
            <w:r w:rsidR="00171950">
              <w:t xml:space="preserve"> ________________________________________</w:t>
            </w:r>
            <w:r w:rsidR="00562E7D">
              <w:t>____</w:t>
            </w:r>
            <w:r w:rsidR="00171950">
              <w:t>____________________</w:t>
            </w:r>
          </w:p>
        </w:tc>
        <w:tc>
          <w:tcPr>
            <w:tcW w:w="272" w:type="dxa"/>
          </w:tcPr>
          <w:p w14:paraId="1932E887" w14:textId="77777777" w:rsidR="00090877" w:rsidRDefault="00090877"/>
        </w:tc>
      </w:tr>
      <w:tr w:rsidR="00090877" w14:paraId="33A22F5F" w14:textId="77777777" w:rsidTr="00E92843">
        <w:tc>
          <w:tcPr>
            <w:tcW w:w="8584" w:type="dxa"/>
          </w:tcPr>
          <w:p w14:paraId="512C8CA8" w14:textId="53049E81" w:rsidR="00090877" w:rsidRDefault="00772EEE">
            <w:r>
              <w:t>Primary Telephone</w:t>
            </w:r>
            <w:r w:rsidR="00E92843">
              <w:t>:</w:t>
            </w:r>
            <w:r w:rsidR="00171950">
              <w:t xml:space="preserve"> __________________________________</w:t>
            </w:r>
            <w:r w:rsidR="00562E7D">
              <w:t>____</w:t>
            </w:r>
            <w:r w:rsidR="00171950">
              <w:t>________________________</w:t>
            </w:r>
          </w:p>
        </w:tc>
        <w:tc>
          <w:tcPr>
            <w:tcW w:w="272" w:type="dxa"/>
          </w:tcPr>
          <w:p w14:paraId="351CF9A6" w14:textId="77777777" w:rsidR="00090877" w:rsidRDefault="00090877"/>
        </w:tc>
      </w:tr>
      <w:tr w:rsidR="00090877" w14:paraId="2E90FFEF" w14:textId="77777777" w:rsidTr="00E92843">
        <w:tc>
          <w:tcPr>
            <w:tcW w:w="8584" w:type="dxa"/>
          </w:tcPr>
          <w:p w14:paraId="70000FB9" w14:textId="6B997AE6" w:rsidR="00090877" w:rsidRDefault="00772EEE">
            <w:r>
              <w:t>Alternative Telephone</w:t>
            </w:r>
            <w:r w:rsidR="00E92843">
              <w:t>:</w:t>
            </w:r>
            <w:r w:rsidR="00171950">
              <w:t xml:space="preserve"> _______________________</w:t>
            </w:r>
            <w:r w:rsidR="00562E7D">
              <w:t>________</w:t>
            </w:r>
            <w:r w:rsidR="00171950">
              <w:t>_____</w:t>
            </w:r>
            <w:r w:rsidR="00562E7D">
              <w:t>___________</w:t>
            </w:r>
            <w:r w:rsidR="00171950">
              <w:t>_____________</w:t>
            </w:r>
          </w:p>
        </w:tc>
        <w:tc>
          <w:tcPr>
            <w:tcW w:w="272" w:type="dxa"/>
          </w:tcPr>
          <w:p w14:paraId="4D681F99" w14:textId="77777777" w:rsidR="00090877" w:rsidRDefault="00090877"/>
        </w:tc>
      </w:tr>
      <w:tr w:rsidR="00090877" w14:paraId="686EF352" w14:textId="77777777" w:rsidTr="00E92843">
        <w:tc>
          <w:tcPr>
            <w:tcW w:w="8584" w:type="dxa"/>
          </w:tcPr>
          <w:p w14:paraId="0BB73504" w14:textId="418F07BB" w:rsidR="00090877" w:rsidRDefault="00772EEE">
            <w:r>
              <w:t>Email Address</w:t>
            </w:r>
            <w:r w:rsidR="00E92843">
              <w:t>:</w:t>
            </w:r>
            <w:r w:rsidR="00171950">
              <w:t xml:space="preserve"> ______________________________________</w:t>
            </w:r>
            <w:r w:rsidR="007F01AE">
              <w:t>__________</w:t>
            </w:r>
            <w:r w:rsidR="00171950">
              <w:t>___________________</w:t>
            </w:r>
          </w:p>
        </w:tc>
        <w:tc>
          <w:tcPr>
            <w:tcW w:w="272" w:type="dxa"/>
          </w:tcPr>
          <w:p w14:paraId="0E798EFB" w14:textId="77777777" w:rsidR="00090877" w:rsidRDefault="00090877"/>
        </w:tc>
      </w:tr>
    </w:tbl>
    <w:p w14:paraId="2721D65D" w14:textId="77777777" w:rsidR="00171950" w:rsidRDefault="0017195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3797D37" w14:textId="32FC650D" w:rsidR="00090877" w:rsidRDefault="00772EEE">
      <w:pPr>
        <w:pStyle w:val="Heading1"/>
      </w:pPr>
      <w:r>
        <w:lastRenderedPageBreak/>
        <w:t xml:space="preserve">Section 2 – </w:t>
      </w:r>
      <w:r w:rsidR="00F86FC2">
        <w:t xml:space="preserve">I am Applying for the Following </w:t>
      </w:r>
      <w:r>
        <w:t xml:space="preserve">Position </w:t>
      </w:r>
    </w:p>
    <w:p w14:paraId="5C37D7DD" w14:textId="77777777" w:rsidR="004313AE" w:rsidRDefault="004313AE"/>
    <w:p w14:paraId="66C55416" w14:textId="1CBB65A9" w:rsidR="00090877" w:rsidRDefault="00772EEE">
      <w:r>
        <w:t>☐ Director of Field Operations</w:t>
      </w:r>
    </w:p>
    <w:p w14:paraId="3B37B72B" w14:textId="77777777" w:rsidR="00090877" w:rsidRDefault="00772EEE">
      <w:r>
        <w:t>☐ Field Officer</w:t>
      </w:r>
    </w:p>
    <w:p w14:paraId="637ACB07" w14:textId="77777777" w:rsidR="00090877" w:rsidRDefault="00772EEE">
      <w:r>
        <w:t>☐ Driver</w:t>
      </w:r>
    </w:p>
    <w:p w14:paraId="78CBC6A6" w14:textId="77777777" w:rsidR="00090877" w:rsidRDefault="00772EEE">
      <w:r>
        <w:t>☐ Security Guard</w:t>
      </w:r>
    </w:p>
    <w:p w14:paraId="3C90B8DA" w14:textId="77777777" w:rsidR="00090877" w:rsidRDefault="00772EEE">
      <w:r>
        <w:t>☐ Head of Security</w:t>
      </w:r>
    </w:p>
    <w:p w14:paraId="1710686D" w14:textId="77777777" w:rsidR="00090877" w:rsidRDefault="00772EEE">
      <w:r>
        <w:t>☐ Chef &amp; Operations Facilitator</w:t>
      </w:r>
    </w:p>
    <w:p w14:paraId="6B82E048" w14:textId="63E24A2D" w:rsidR="00090877" w:rsidRDefault="00772EEE">
      <w:r>
        <w:t xml:space="preserve">☐ Operations Assistant </w:t>
      </w:r>
    </w:p>
    <w:p w14:paraId="16E31D53" w14:textId="6E9AE131" w:rsidR="00090877" w:rsidRDefault="00772EEE">
      <w:pPr>
        <w:pStyle w:val="Heading1"/>
      </w:pPr>
      <w:r>
        <w:t>Section 3 – Education</w:t>
      </w:r>
      <w:r w:rsidR="003059F6">
        <w:t xml:space="preserve"> and Professional Training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90877" w14:paraId="586FF9B2" w14:textId="77777777">
        <w:tc>
          <w:tcPr>
            <w:tcW w:w="2160" w:type="dxa"/>
          </w:tcPr>
          <w:p w14:paraId="21E8B3AC" w14:textId="77777777" w:rsidR="00090877" w:rsidRDefault="00772EEE">
            <w:r>
              <w:t>School</w:t>
            </w:r>
          </w:p>
        </w:tc>
        <w:tc>
          <w:tcPr>
            <w:tcW w:w="2160" w:type="dxa"/>
          </w:tcPr>
          <w:p w14:paraId="7741A200" w14:textId="77777777" w:rsidR="00090877" w:rsidRDefault="00772EEE">
            <w:r>
              <w:t>Location</w:t>
            </w:r>
          </w:p>
        </w:tc>
        <w:tc>
          <w:tcPr>
            <w:tcW w:w="2160" w:type="dxa"/>
          </w:tcPr>
          <w:p w14:paraId="2BF0D602" w14:textId="77777777" w:rsidR="00090877" w:rsidRDefault="00772EEE">
            <w:r>
              <w:t>Certificate</w:t>
            </w:r>
          </w:p>
        </w:tc>
        <w:tc>
          <w:tcPr>
            <w:tcW w:w="2160" w:type="dxa"/>
          </w:tcPr>
          <w:p w14:paraId="514ED5E1" w14:textId="77777777" w:rsidR="00090877" w:rsidRDefault="00772EEE">
            <w:r>
              <w:t>Year</w:t>
            </w:r>
          </w:p>
        </w:tc>
      </w:tr>
    </w:tbl>
    <w:p w14:paraId="15B035E7" w14:textId="77777777" w:rsidR="004313AE" w:rsidRDefault="004313AE" w:rsidP="004313AE">
      <w:r>
        <w:t>__________________________________________________________________________________</w:t>
      </w:r>
    </w:p>
    <w:p w14:paraId="364F7000" w14:textId="77777777" w:rsidR="005B172C" w:rsidRDefault="005B172C" w:rsidP="005B172C">
      <w:r>
        <w:t>__________________________________________________________________________________</w:t>
      </w:r>
    </w:p>
    <w:p w14:paraId="20888412" w14:textId="77777777" w:rsidR="005B172C" w:rsidRDefault="005B172C" w:rsidP="005B172C">
      <w:r>
        <w:t>__________________________________________________________________________________</w:t>
      </w:r>
    </w:p>
    <w:p w14:paraId="78CFA441" w14:textId="77777777" w:rsidR="004313AE" w:rsidRDefault="004313AE" w:rsidP="004313AE">
      <w:r>
        <w:t>__________________________________________________________________________________</w:t>
      </w:r>
    </w:p>
    <w:p w14:paraId="2ED21011" w14:textId="77777777" w:rsidR="004313AE" w:rsidRDefault="004313AE" w:rsidP="004313AE">
      <w:r>
        <w:t>__________________________________________________________________________________</w:t>
      </w:r>
    </w:p>
    <w:p w14:paraId="03181C0A" w14:textId="090F28B3" w:rsidR="00090877" w:rsidRDefault="00090877">
      <w:pPr>
        <w:pStyle w:val="Heading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1188"/>
      </w:tblGrid>
      <w:tr w:rsidR="00090877" w14:paraId="52737AC3" w14:textId="77777777" w:rsidTr="004313AE">
        <w:tc>
          <w:tcPr>
            <w:tcW w:w="2880" w:type="dxa"/>
          </w:tcPr>
          <w:p w14:paraId="4EF85777" w14:textId="77777777" w:rsidR="00090877" w:rsidRDefault="00772EEE">
            <w:r>
              <w:t>Training</w:t>
            </w:r>
          </w:p>
        </w:tc>
        <w:tc>
          <w:tcPr>
            <w:tcW w:w="2880" w:type="dxa"/>
          </w:tcPr>
          <w:p w14:paraId="2840540A" w14:textId="77777777" w:rsidR="00090877" w:rsidRDefault="00772EEE">
            <w:r>
              <w:t>Institution</w:t>
            </w:r>
          </w:p>
        </w:tc>
        <w:tc>
          <w:tcPr>
            <w:tcW w:w="1188" w:type="dxa"/>
          </w:tcPr>
          <w:p w14:paraId="46E4CC03" w14:textId="77777777" w:rsidR="00090877" w:rsidRDefault="00772EEE">
            <w:r>
              <w:t>Year</w:t>
            </w:r>
          </w:p>
        </w:tc>
      </w:tr>
    </w:tbl>
    <w:p w14:paraId="3653C22F" w14:textId="77777777" w:rsidR="004313AE" w:rsidRDefault="004313AE" w:rsidP="004313AE">
      <w:r>
        <w:t>__________________________________________________________________________________</w:t>
      </w:r>
    </w:p>
    <w:p w14:paraId="464D632F" w14:textId="77777777" w:rsidR="004313AE" w:rsidRDefault="004313AE" w:rsidP="004313AE">
      <w:r>
        <w:t>__________________________________________________________________________________</w:t>
      </w:r>
    </w:p>
    <w:p w14:paraId="21E2E14F" w14:textId="77777777" w:rsidR="004313AE" w:rsidRDefault="004313AE" w:rsidP="004313AE">
      <w:r>
        <w:t>__________________________________________________________________________________</w:t>
      </w:r>
    </w:p>
    <w:p w14:paraId="17EA685F" w14:textId="77777777" w:rsidR="004313AE" w:rsidRDefault="004313AE" w:rsidP="004313AE">
      <w:r>
        <w:t>__________________________________________________________________________________</w:t>
      </w:r>
    </w:p>
    <w:p w14:paraId="5A272D47" w14:textId="77777777" w:rsidR="004313AE" w:rsidRDefault="004313A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3D5D642" w14:textId="68F43415" w:rsidR="00090877" w:rsidRDefault="00772EEE">
      <w:pPr>
        <w:pStyle w:val="Heading1"/>
      </w:pPr>
      <w:r>
        <w:lastRenderedPageBreak/>
        <w:t xml:space="preserve">Section </w:t>
      </w:r>
      <w:r w:rsidR="00F86FC2">
        <w:t>4</w:t>
      </w:r>
      <w:r>
        <w:t xml:space="preserve"> – Employment History</w:t>
      </w:r>
    </w:p>
    <w:p w14:paraId="3D8966FC" w14:textId="0474D2AE" w:rsidR="00090877" w:rsidRDefault="00772EEE">
      <w:r>
        <w:t>Curren</w:t>
      </w:r>
      <w:r w:rsidR="00856A56">
        <w:t>t/</w:t>
      </w:r>
      <w:r>
        <w:t>Previous Employer</w:t>
      </w:r>
      <w:r w:rsidR="00823A6F">
        <w:t>s</w:t>
      </w:r>
      <w:r w:rsidR="000030CC">
        <w:t xml:space="preserve"> w</w:t>
      </w:r>
      <w:r w:rsidR="00852BC2">
        <w:t xml:space="preserve">ith </w:t>
      </w:r>
      <w:r w:rsidR="00D56970">
        <w:t xml:space="preserve">Dates and </w:t>
      </w:r>
      <w:r w:rsidR="000030CC">
        <w:t xml:space="preserve">Position. </w:t>
      </w:r>
      <w:r w:rsidR="00852BC2">
        <w:t>Attach CV, if available.</w:t>
      </w:r>
    </w:p>
    <w:p w14:paraId="706F3D3C" w14:textId="77777777" w:rsidR="000030CC" w:rsidRDefault="000030CC" w:rsidP="000030CC">
      <w:r>
        <w:t>__________________________________________________________________________________</w:t>
      </w:r>
    </w:p>
    <w:p w14:paraId="768D2054" w14:textId="77777777" w:rsidR="000030CC" w:rsidRDefault="000030CC" w:rsidP="000030CC">
      <w:r>
        <w:t>__________________________________________________________________________________</w:t>
      </w:r>
    </w:p>
    <w:p w14:paraId="7932EAD1" w14:textId="77777777" w:rsidR="000030CC" w:rsidRDefault="000030CC" w:rsidP="000030CC">
      <w:r>
        <w:t>__________________________________________________________________________________</w:t>
      </w:r>
    </w:p>
    <w:p w14:paraId="606FF1A3" w14:textId="77777777" w:rsidR="000030CC" w:rsidRDefault="000030CC" w:rsidP="000030CC">
      <w:r>
        <w:t>__________________________________________________________________________________</w:t>
      </w:r>
    </w:p>
    <w:p w14:paraId="4195D314" w14:textId="77777777" w:rsidR="000030CC" w:rsidRDefault="000030CC" w:rsidP="000030CC">
      <w:r>
        <w:t>__________________________________________________________________________________</w:t>
      </w:r>
    </w:p>
    <w:p w14:paraId="209950E7" w14:textId="77777777" w:rsidR="004313AE" w:rsidRDefault="004313AE" w:rsidP="004313AE">
      <w:r>
        <w:t>__________________________________________________________________________________</w:t>
      </w:r>
    </w:p>
    <w:p w14:paraId="34C1684A" w14:textId="77777777" w:rsidR="004313AE" w:rsidRDefault="004313AE" w:rsidP="004313AE">
      <w:r>
        <w:t>__________________________________________________________________________________</w:t>
      </w:r>
    </w:p>
    <w:p w14:paraId="5B40B68D" w14:textId="51673C0B" w:rsidR="00090877" w:rsidRDefault="00772EEE">
      <w:pPr>
        <w:pStyle w:val="Heading1"/>
      </w:pPr>
      <w:r>
        <w:t xml:space="preserve">Section </w:t>
      </w:r>
      <w:r w:rsidR="00F86FC2">
        <w:t>5</w:t>
      </w:r>
      <w:r>
        <w:t xml:space="preserve"> – Position Specific Experience</w:t>
      </w:r>
    </w:p>
    <w:p w14:paraId="5CA8135E" w14:textId="3EBCDE89" w:rsidR="00090877" w:rsidRDefault="009842E2">
      <w:r>
        <w:t>Describe experience</w:t>
      </w:r>
      <w:r w:rsidR="00772EEE">
        <w:t xml:space="preserve"> relevant to the position </w:t>
      </w:r>
      <w:r w:rsidR="00852BC2">
        <w:t xml:space="preserve">that you are </w:t>
      </w:r>
      <w:r w:rsidR="00772EEE">
        <w:t>appl</w:t>
      </w:r>
      <w:r w:rsidR="00852BC2">
        <w:t xml:space="preserve">ying </w:t>
      </w:r>
      <w:r w:rsidR="00772EEE">
        <w:t>for.</w:t>
      </w:r>
    </w:p>
    <w:p w14:paraId="07411785" w14:textId="77777777" w:rsidR="009842E2" w:rsidRDefault="009842E2" w:rsidP="009842E2">
      <w:r>
        <w:t>__________________________________________________________________________________</w:t>
      </w:r>
    </w:p>
    <w:p w14:paraId="672FFF1D" w14:textId="77777777" w:rsidR="009842E2" w:rsidRDefault="009842E2" w:rsidP="009842E2">
      <w:r>
        <w:t>__________________________________________________________________________________</w:t>
      </w:r>
    </w:p>
    <w:p w14:paraId="375AE569" w14:textId="77777777" w:rsidR="009842E2" w:rsidRDefault="009842E2" w:rsidP="009842E2">
      <w:r>
        <w:t>__________________________________________________________________________________</w:t>
      </w:r>
    </w:p>
    <w:p w14:paraId="351FB9DF" w14:textId="77777777" w:rsidR="009842E2" w:rsidRDefault="009842E2" w:rsidP="009842E2">
      <w:r>
        <w:t>__________________________________________________________________________________</w:t>
      </w:r>
    </w:p>
    <w:p w14:paraId="1D2A79DA" w14:textId="77777777" w:rsidR="009842E2" w:rsidRDefault="009842E2" w:rsidP="009842E2">
      <w:r>
        <w:t>__________________________________________________________________________________</w:t>
      </w:r>
    </w:p>
    <w:p w14:paraId="019171DF" w14:textId="77777777" w:rsidR="009842E2" w:rsidRDefault="009842E2" w:rsidP="009842E2">
      <w:r>
        <w:t>__________________________________________________________________________________</w:t>
      </w:r>
    </w:p>
    <w:p w14:paraId="59DF2C78" w14:textId="77777777" w:rsidR="009842E2" w:rsidRDefault="009842E2" w:rsidP="009842E2">
      <w:r>
        <w:t>__________________________________________________________________________________</w:t>
      </w:r>
    </w:p>
    <w:p w14:paraId="61B9E763" w14:textId="77777777" w:rsidR="009842E2" w:rsidRDefault="009842E2" w:rsidP="009842E2">
      <w:r>
        <w:t>__________________________________________________________________________________</w:t>
      </w:r>
    </w:p>
    <w:p w14:paraId="33EE9B1B" w14:textId="77777777" w:rsidR="009842E2" w:rsidRDefault="009842E2" w:rsidP="009842E2">
      <w:r>
        <w:t>__________________________________________________________________________________</w:t>
      </w:r>
    </w:p>
    <w:p w14:paraId="63C121FD" w14:textId="77777777" w:rsidR="009842E2" w:rsidRDefault="009842E2" w:rsidP="009842E2">
      <w:r>
        <w:t>__________________________________________________________________________________</w:t>
      </w:r>
    </w:p>
    <w:p w14:paraId="41E2F188" w14:textId="77777777" w:rsidR="009842E2" w:rsidRDefault="009842E2" w:rsidP="009842E2">
      <w:r>
        <w:t>__________________________________________________________________________________</w:t>
      </w:r>
    </w:p>
    <w:p w14:paraId="3A58D7D5" w14:textId="77777777" w:rsidR="009842E2" w:rsidRDefault="009842E2" w:rsidP="009842E2">
      <w:r>
        <w:t>__________________________________________________________________________________</w:t>
      </w:r>
    </w:p>
    <w:p w14:paraId="6D72FFD3" w14:textId="77777777" w:rsidR="009842E2" w:rsidRDefault="009842E2" w:rsidP="009842E2">
      <w:r>
        <w:t>__________________________________________________________________________________</w:t>
      </w:r>
    </w:p>
    <w:p w14:paraId="6FCD41A1" w14:textId="77777777" w:rsidR="009842E2" w:rsidRDefault="009842E2" w:rsidP="009842E2">
      <w:r>
        <w:t>__________________________________________________________________________________</w:t>
      </w:r>
    </w:p>
    <w:p w14:paraId="7354B7B7" w14:textId="77777777" w:rsidR="0045178B" w:rsidRDefault="0045178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22CED591" w14:textId="2B5B944A" w:rsidR="00090877" w:rsidRDefault="00772EEE">
      <w:pPr>
        <w:pStyle w:val="Heading1"/>
      </w:pPr>
      <w:r>
        <w:lastRenderedPageBreak/>
        <w:t xml:space="preserve">Section </w:t>
      </w:r>
      <w:r w:rsidR="00F86FC2">
        <w:t>6</w:t>
      </w:r>
      <w:r>
        <w:t xml:space="preserve"> – Professional </w:t>
      </w:r>
      <w:r w:rsidR="00AC3E25">
        <w:t xml:space="preserve">or Personal </w:t>
      </w:r>
      <w:r>
        <w:t>Reference</w:t>
      </w:r>
    </w:p>
    <w:p w14:paraId="5BC11FBB" w14:textId="77777777" w:rsidR="00F86FC2" w:rsidRDefault="00F86FC2"/>
    <w:p w14:paraId="73E3CED9" w14:textId="7CAB8959" w:rsidR="00090877" w:rsidRDefault="00772EEE">
      <w:r>
        <w:t>Name: _______</w:t>
      </w:r>
      <w:r w:rsidR="003059F6">
        <w:t>_________________________________________________________________</w:t>
      </w:r>
      <w:r>
        <w:t>__________</w:t>
      </w:r>
    </w:p>
    <w:p w14:paraId="6CD5D60D" w14:textId="77777777" w:rsidR="003059F6" w:rsidRDefault="00772EEE">
      <w:r>
        <w:t>Organization:</w:t>
      </w:r>
    </w:p>
    <w:p w14:paraId="05835D5C" w14:textId="72A01095" w:rsidR="00090877" w:rsidRDefault="003059F6">
      <w:r>
        <w:t>__________________________________________________________________________________</w:t>
      </w:r>
    </w:p>
    <w:p w14:paraId="6FB625F2" w14:textId="77777777" w:rsidR="003059F6" w:rsidRDefault="00772EEE">
      <w:r>
        <w:t xml:space="preserve">Position: </w:t>
      </w:r>
    </w:p>
    <w:p w14:paraId="1BA15616" w14:textId="3B81838A" w:rsidR="00090877" w:rsidRDefault="003059F6">
      <w:r>
        <w:t>__________________________________________________________________________________</w:t>
      </w:r>
    </w:p>
    <w:p w14:paraId="7C56F205" w14:textId="77777777" w:rsidR="003059F6" w:rsidRDefault="00772EEE">
      <w:r>
        <w:t xml:space="preserve">Relationship: </w:t>
      </w:r>
    </w:p>
    <w:p w14:paraId="17703E4C" w14:textId="344F44B6" w:rsidR="00090877" w:rsidRDefault="003059F6">
      <w:r>
        <w:t>__________________________________________________________________________________</w:t>
      </w:r>
    </w:p>
    <w:p w14:paraId="574AB336" w14:textId="77777777" w:rsidR="003059F6" w:rsidRDefault="00772EEE">
      <w:r>
        <w:t>Telephone:</w:t>
      </w:r>
    </w:p>
    <w:p w14:paraId="481294D8" w14:textId="05C22B4E" w:rsidR="00090877" w:rsidRDefault="003059F6">
      <w:r>
        <w:t>____________________________________________________ ______________________________</w:t>
      </w:r>
    </w:p>
    <w:p w14:paraId="19E5DA1A" w14:textId="77777777" w:rsidR="003059F6" w:rsidRDefault="00772EEE">
      <w:r>
        <w:t>Email:</w:t>
      </w:r>
      <w:r w:rsidR="003059F6">
        <w:t xml:space="preserve"> </w:t>
      </w:r>
    </w:p>
    <w:p w14:paraId="0BE4F4E5" w14:textId="7CDD4B11" w:rsidR="00090877" w:rsidRDefault="003059F6">
      <w:r>
        <w:t>____________________________________________________ ______________________________</w:t>
      </w:r>
    </w:p>
    <w:p w14:paraId="5F9B06B9" w14:textId="6BF84ED1" w:rsidR="00090877" w:rsidRDefault="00772EEE">
      <w:pPr>
        <w:pStyle w:val="Heading1"/>
      </w:pPr>
      <w:r>
        <w:t xml:space="preserve">Section </w:t>
      </w:r>
      <w:r w:rsidR="00F86FC2">
        <w:t>7</w:t>
      </w:r>
      <w:r>
        <w:t xml:space="preserve"> – Statement of Intent</w:t>
      </w:r>
    </w:p>
    <w:p w14:paraId="2BDA62D4" w14:textId="3B398923" w:rsidR="004313AE" w:rsidRDefault="00772EEE" w:rsidP="004313AE">
      <w:r>
        <w:t>Why do you want to work for MAMA</w:t>
      </w:r>
      <w:r w:rsidR="00AC3E25">
        <w:t xml:space="preserve"> Project Solutions</w:t>
      </w:r>
      <w:r w:rsidR="006C5BD8">
        <w:t>?</w:t>
      </w:r>
      <w:r>
        <w:br/>
      </w:r>
      <w:r>
        <w:br/>
      </w:r>
      <w:r w:rsidR="004313AE">
        <w:t>__________________________________________________________________________________</w:t>
      </w:r>
    </w:p>
    <w:p w14:paraId="31C0E43B" w14:textId="77777777" w:rsidR="00AC3E25" w:rsidRDefault="00AC3E25" w:rsidP="00AC3E25">
      <w:r>
        <w:t>__________________________________________________________________________________</w:t>
      </w:r>
    </w:p>
    <w:p w14:paraId="740E18DB" w14:textId="77777777" w:rsidR="004313AE" w:rsidRDefault="004313AE" w:rsidP="004313AE">
      <w:r>
        <w:t>__________________________________________________________________________________</w:t>
      </w:r>
    </w:p>
    <w:p w14:paraId="19A8057C" w14:textId="77777777" w:rsidR="00AC3E25" w:rsidRDefault="00AC3E25" w:rsidP="00AC3E25">
      <w:r>
        <w:t>__________________________________________________________________________________</w:t>
      </w:r>
    </w:p>
    <w:p w14:paraId="37EB4096" w14:textId="77777777" w:rsidR="004313AE" w:rsidRDefault="004313AE" w:rsidP="004313AE">
      <w:r>
        <w:t>__________________________________________________________________________________</w:t>
      </w:r>
    </w:p>
    <w:p w14:paraId="595DDD11" w14:textId="5719892A" w:rsidR="00090877" w:rsidRDefault="00090877"/>
    <w:p w14:paraId="40DC22E7" w14:textId="5DB90508" w:rsidR="004313AE" w:rsidRDefault="00772EEE" w:rsidP="004313AE">
      <w:r>
        <w:t xml:space="preserve">How will your skills benefit </w:t>
      </w:r>
      <w:r w:rsidR="003059F6">
        <w:t>MAMA Project Solutions</w:t>
      </w:r>
      <w:r>
        <w:t>?</w:t>
      </w:r>
      <w:r>
        <w:br/>
      </w:r>
      <w:r>
        <w:br/>
      </w:r>
      <w:r w:rsidR="004313AE">
        <w:t>__________________________________________________________________________________</w:t>
      </w:r>
    </w:p>
    <w:p w14:paraId="5867411C" w14:textId="77777777" w:rsidR="004313AE" w:rsidRDefault="004313AE" w:rsidP="004313AE">
      <w:r>
        <w:t>__________________________________________________________________________________</w:t>
      </w:r>
    </w:p>
    <w:p w14:paraId="50007982" w14:textId="77777777" w:rsidR="00AC3E25" w:rsidRDefault="00AC3E25" w:rsidP="00AC3E25">
      <w:r>
        <w:t>__________________________________________________________________________________</w:t>
      </w:r>
    </w:p>
    <w:p w14:paraId="14494AA5" w14:textId="77777777" w:rsidR="00F86FC2" w:rsidRDefault="00F86FC2" w:rsidP="00F86FC2">
      <w:r>
        <w:t>__________________________________________________________________________________</w:t>
      </w:r>
    </w:p>
    <w:p w14:paraId="5AC15EED" w14:textId="77777777" w:rsidR="00F86FC2" w:rsidRDefault="00F86FC2" w:rsidP="00F86FC2">
      <w:r>
        <w:t>__________________________________________________________________________________</w:t>
      </w:r>
    </w:p>
    <w:p w14:paraId="4DD1A487" w14:textId="77777777" w:rsidR="00AC3E25" w:rsidRDefault="00772EEE" w:rsidP="00AC3E25">
      <w:r>
        <w:lastRenderedPageBreak/>
        <w:t>Describe the values that guide your work.</w:t>
      </w:r>
      <w:r>
        <w:br/>
      </w:r>
      <w:r>
        <w:br/>
      </w:r>
      <w:r w:rsidR="00AC3E25">
        <w:t>__________________________________________________________________________________</w:t>
      </w:r>
    </w:p>
    <w:p w14:paraId="1327377F" w14:textId="7EA1A0F0" w:rsidR="004313AE" w:rsidRDefault="004313AE" w:rsidP="004313AE">
      <w:r>
        <w:t>__________________________________________________________________________________</w:t>
      </w:r>
    </w:p>
    <w:p w14:paraId="6288C299" w14:textId="77777777" w:rsidR="004313AE" w:rsidRDefault="004313AE" w:rsidP="004313AE">
      <w:r>
        <w:t>__________________________________________________________________________________</w:t>
      </w:r>
    </w:p>
    <w:p w14:paraId="45E53AAA" w14:textId="77777777" w:rsidR="00F86FC2" w:rsidRDefault="00F86FC2" w:rsidP="00F86FC2">
      <w:r>
        <w:t>__________________________________________________________________________________</w:t>
      </w:r>
    </w:p>
    <w:p w14:paraId="339E6204" w14:textId="77777777" w:rsidR="004313AE" w:rsidRDefault="004313AE" w:rsidP="004313AE">
      <w:r>
        <w:t>__________________________________________________________________________________</w:t>
      </w:r>
    </w:p>
    <w:p w14:paraId="52348CAB" w14:textId="77777777" w:rsidR="00090877" w:rsidRDefault="00772EEE">
      <w:pPr>
        <w:pStyle w:val="Heading1"/>
      </w:pPr>
      <w:r>
        <w:t>Declaration</w:t>
      </w:r>
    </w:p>
    <w:p w14:paraId="45056D00" w14:textId="77777777" w:rsidR="00090877" w:rsidRDefault="00772EEE">
      <w:r>
        <w:t>I certify that the information provided is true and authorize MAMA Project Solutions Ltd. to verify it.</w:t>
      </w:r>
    </w:p>
    <w:p w14:paraId="4717B26A" w14:textId="77777777" w:rsidR="00171950" w:rsidRDefault="00772EEE">
      <w:r>
        <w:t xml:space="preserve">Signature: </w:t>
      </w:r>
    </w:p>
    <w:p w14:paraId="4973A4B9" w14:textId="461BA98E" w:rsidR="003059F6" w:rsidRDefault="00772EEE">
      <w:r>
        <w:t>__</w:t>
      </w:r>
      <w:r w:rsidR="003059F6">
        <w:t>________________________________</w:t>
      </w:r>
      <w:r w:rsidR="00171950">
        <w:t>__________________</w:t>
      </w:r>
      <w:r w:rsidR="003059F6">
        <w:t>___________</w:t>
      </w:r>
      <w:r>
        <w:t xml:space="preserve">___________________   </w:t>
      </w:r>
    </w:p>
    <w:p w14:paraId="7C33784E" w14:textId="27C0844A" w:rsidR="00090877" w:rsidRDefault="00772EEE">
      <w:r>
        <w:t xml:space="preserve">Date: </w:t>
      </w:r>
      <w:r w:rsidR="003059F6">
        <w:t>_______________________________________</w:t>
      </w:r>
      <w:r>
        <w:t>_____</w:t>
      </w:r>
      <w:r w:rsidR="003059F6">
        <w:t>______________________________________</w:t>
      </w:r>
    </w:p>
    <w:sectPr w:rsidR="00090877" w:rsidSect="0045178B">
      <w:pgSz w:w="12240" w:h="15840"/>
      <w:pgMar w:top="1152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8739394">
    <w:abstractNumId w:val="8"/>
  </w:num>
  <w:num w:numId="2" w16cid:durableId="260647022">
    <w:abstractNumId w:val="6"/>
  </w:num>
  <w:num w:numId="3" w16cid:durableId="766006310">
    <w:abstractNumId w:val="5"/>
  </w:num>
  <w:num w:numId="4" w16cid:durableId="1951666893">
    <w:abstractNumId w:val="4"/>
  </w:num>
  <w:num w:numId="5" w16cid:durableId="257759392">
    <w:abstractNumId w:val="7"/>
  </w:num>
  <w:num w:numId="6" w16cid:durableId="774402583">
    <w:abstractNumId w:val="3"/>
  </w:num>
  <w:num w:numId="7" w16cid:durableId="1372224692">
    <w:abstractNumId w:val="2"/>
  </w:num>
  <w:num w:numId="8" w16cid:durableId="260720233">
    <w:abstractNumId w:val="1"/>
  </w:num>
  <w:num w:numId="9" w16cid:durableId="136231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0CC"/>
    <w:rsid w:val="00024F9C"/>
    <w:rsid w:val="00034616"/>
    <w:rsid w:val="0006063C"/>
    <w:rsid w:val="00090877"/>
    <w:rsid w:val="000A7C6F"/>
    <w:rsid w:val="00107A07"/>
    <w:rsid w:val="0015074B"/>
    <w:rsid w:val="00151F70"/>
    <w:rsid w:val="00171950"/>
    <w:rsid w:val="00183D01"/>
    <w:rsid w:val="0024425F"/>
    <w:rsid w:val="0029639D"/>
    <w:rsid w:val="003059F6"/>
    <w:rsid w:val="00326F90"/>
    <w:rsid w:val="0038043C"/>
    <w:rsid w:val="004313AE"/>
    <w:rsid w:val="0045178B"/>
    <w:rsid w:val="00472AFE"/>
    <w:rsid w:val="004B27E5"/>
    <w:rsid w:val="00562E7D"/>
    <w:rsid w:val="005B172C"/>
    <w:rsid w:val="0065568F"/>
    <w:rsid w:val="006C5BD8"/>
    <w:rsid w:val="0070118E"/>
    <w:rsid w:val="0072242D"/>
    <w:rsid w:val="00772EEE"/>
    <w:rsid w:val="007F01AE"/>
    <w:rsid w:val="00823A6F"/>
    <w:rsid w:val="00852BC2"/>
    <w:rsid w:val="00856A56"/>
    <w:rsid w:val="00896EAF"/>
    <w:rsid w:val="008C6C1E"/>
    <w:rsid w:val="009842E2"/>
    <w:rsid w:val="009D6629"/>
    <w:rsid w:val="00AA1D8D"/>
    <w:rsid w:val="00AC3E25"/>
    <w:rsid w:val="00B47730"/>
    <w:rsid w:val="00BD1926"/>
    <w:rsid w:val="00C916C3"/>
    <w:rsid w:val="00C930B4"/>
    <w:rsid w:val="00CB0664"/>
    <w:rsid w:val="00D56970"/>
    <w:rsid w:val="00E0614A"/>
    <w:rsid w:val="00E92843"/>
    <w:rsid w:val="00F86F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0D650D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817</Words>
  <Characters>5962</Characters>
  <Application>Microsoft Office Word</Application>
  <DocSecurity>0</DocSecurity>
  <Lines>161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2026-07-31T14:09:00Z</dcterms:created>
  <dcterms:modified xsi:type="dcterms:W3CDTF">2026-07-31T14:09:00Z</dcterms:modified>
  <cp:category/>
</cp:coreProperties>
</file>