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61AA2" w14:textId="523325FC" w:rsidR="00AF4FF4" w:rsidRDefault="0099694C" w:rsidP="0099694C">
      <w:pPr>
        <w:pStyle w:val="Heading1"/>
        <w:jc w:val="center"/>
      </w:pPr>
      <w:r>
        <w:t>Job Description: CHE</w:t>
      </w:r>
      <w:r w:rsidR="00C20DB0">
        <w:t>F</w:t>
      </w:r>
      <w:r>
        <w:t xml:space="preserve"> &amp; OPERATIONS FACILITATOR</w:t>
      </w:r>
      <w:r>
        <w:br/>
        <w:t>MAMA Project Solutions Ltd.</w:t>
      </w:r>
    </w:p>
    <w:p w14:paraId="261C175C" w14:textId="77777777" w:rsidR="00BC71BD" w:rsidRPr="00BC71BD" w:rsidRDefault="00BC71BD" w:rsidP="00BC71BD"/>
    <w:p w14:paraId="20887639" w14:textId="403CA256" w:rsidR="00AF4FF4" w:rsidRDefault="001C1AFA">
      <w:r>
        <w:rPr>
          <w:b/>
        </w:rPr>
        <w:t xml:space="preserve">Position Title: </w:t>
      </w:r>
      <w:r>
        <w:t>Chef &amp; Operations Facilitator</w:t>
      </w:r>
      <w:r>
        <w:br/>
      </w:r>
      <w:r>
        <w:rPr>
          <w:b/>
        </w:rPr>
        <w:t xml:space="preserve">Reports To: </w:t>
      </w:r>
      <w:r>
        <w:t>Director of Field Operations</w:t>
      </w:r>
      <w:r>
        <w:br/>
      </w:r>
      <w:r>
        <w:rPr>
          <w:b/>
        </w:rPr>
        <w:t xml:space="preserve">Duty Station: </w:t>
      </w:r>
      <w:r w:rsidR="00BC71BD">
        <w:t>Lemek</w:t>
      </w:r>
      <w:r w:rsidR="00E832E0">
        <w:t>, N</w:t>
      </w:r>
      <w:r>
        <w:t>arok County, Kenya (with travel to project locations as required)</w:t>
      </w:r>
    </w:p>
    <w:p w14:paraId="2E2C2A1F" w14:textId="77777777" w:rsidR="00AF4FF4" w:rsidRDefault="001C1AFA">
      <w:pPr>
        <w:pStyle w:val="Heading2"/>
      </w:pPr>
      <w:r>
        <w:t>Position Summary</w:t>
      </w:r>
    </w:p>
    <w:p w14:paraId="6F58B0B0" w14:textId="4D0CBDC5" w:rsidR="00AF4FF4" w:rsidRDefault="001C1AFA">
      <w:r>
        <w:t xml:space="preserve">The Chef &amp; Operations Facilitator is responsible for preparing safe, nutritious, and high-quality meals for MAMA Project Solutions staff, </w:t>
      </w:r>
      <w:r w:rsidR="0099694C">
        <w:t xml:space="preserve">clients, </w:t>
      </w:r>
      <w:r>
        <w:t xml:space="preserve">volunteers, </w:t>
      </w:r>
      <w:r w:rsidR="00414CFA">
        <w:t xml:space="preserve">guests, </w:t>
      </w:r>
      <w:r w:rsidR="0099694C">
        <w:t xml:space="preserve">donors, </w:t>
      </w:r>
      <w:proofErr w:type="gramStart"/>
      <w:r w:rsidR="0099694C">
        <w:t>consultants</w:t>
      </w:r>
      <w:proofErr w:type="gramEnd"/>
      <w:r w:rsidR="0099694C">
        <w:t xml:space="preserve">, </w:t>
      </w:r>
      <w:r>
        <w:t xml:space="preserve">guests, </w:t>
      </w:r>
      <w:r w:rsidR="0099694C">
        <w:t xml:space="preserve">partners, </w:t>
      </w:r>
      <w:r>
        <w:t xml:space="preserve">and visiting </w:t>
      </w:r>
      <w:r w:rsidR="0099694C">
        <w:t>beneficiaries</w:t>
      </w:r>
      <w:r w:rsidR="00B234CE">
        <w:t xml:space="preserve"> for special events</w:t>
      </w:r>
      <w:r w:rsidR="0099694C">
        <w:t xml:space="preserve"> </w:t>
      </w:r>
      <w:r>
        <w:t xml:space="preserve">while also supporting the smooth daily operation of field activities and facilities. This position combines culinary responsibilities with practical operational support, ensuring that both the kitchen and the </w:t>
      </w:r>
      <w:r w:rsidR="00B234CE">
        <w:t>company</w:t>
      </w:r>
      <w:r w:rsidR="004A6E1E">
        <w:t>’s mission can</w:t>
      </w:r>
      <w:r>
        <w:t xml:space="preserve"> function efficiently.</w:t>
      </w:r>
    </w:p>
    <w:p w14:paraId="387F5071" w14:textId="77777777" w:rsidR="00AF4FF4" w:rsidRDefault="001C1AFA">
      <w:r>
        <w:t>The successful candidate will be organized, adaptable, service-oriented, and willing to assist wherever needed to support the mission of MAMA Project Solutions.</w:t>
      </w:r>
    </w:p>
    <w:p w14:paraId="073DC650" w14:textId="77777777" w:rsidR="00AF4FF4" w:rsidRDefault="001C1AFA">
      <w:pPr>
        <w:pStyle w:val="Heading2"/>
      </w:pPr>
      <w:r>
        <w:t>Food Preparation &amp; Kitchen Management</w:t>
      </w:r>
    </w:p>
    <w:p w14:paraId="67ED9492" w14:textId="487CFEA8" w:rsidR="00AF4FF4" w:rsidRDefault="001C1AFA">
      <w:pPr>
        <w:pStyle w:val="ListBullet"/>
      </w:pPr>
      <w:r>
        <w:t>Plan and prepare nutritious daily meals for staff and</w:t>
      </w:r>
      <w:r w:rsidR="0099694C">
        <w:t xml:space="preserve"> others, following the operations schedule</w:t>
      </w:r>
      <w:r>
        <w:t>.</w:t>
      </w:r>
    </w:p>
    <w:p w14:paraId="20699702" w14:textId="63AFBE5D" w:rsidR="00AF4FF4" w:rsidRDefault="001C1AFA">
      <w:pPr>
        <w:pStyle w:val="ListBullet"/>
      </w:pPr>
      <w:r>
        <w:t xml:space="preserve">Prepare meals for meetings, </w:t>
      </w:r>
      <w:proofErr w:type="gramStart"/>
      <w:r>
        <w:t>trainings</w:t>
      </w:r>
      <w:proofErr w:type="gramEnd"/>
      <w:r>
        <w:t>, workshops, and special events.</w:t>
      </w:r>
    </w:p>
    <w:p w14:paraId="0DD2E5C5" w14:textId="77777777" w:rsidR="00AF4FF4" w:rsidRDefault="001C1AFA">
      <w:pPr>
        <w:pStyle w:val="ListBullet"/>
      </w:pPr>
      <w:r>
        <w:t>Maintain high standards of food quality, hygiene, and presentation.</w:t>
      </w:r>
    </w:p>
    <w:p w14:paraId="6EC57953" w14:textId="77777777" w:rsidR="00AF4FF4" w:rsidRDefault="001C1AFA">
      <w:pPr>
        <w:pStyle w:val="ListBullet"/>
      </w:pPr>
      <w:r>
        <w:t>Ensure proper storage and rotation of food supplies.</w:t>
      </w:r>
    </w:p>
    <w:p w14:paraId="28CC5F4A" w14:textId="77777777" w:rsidR="00AF4FF4" w:rsidRDefault="001C1AFA">
      <w:pPr>
        <w:pStyle w:val="ListBullet"/>
      </w:pPr>
      <w:r>
        <w:t>Minimize food waste through careful planning and inventory management.</w:t>
      </w:r>
    </w:p>
    <w:p w14:paraId="46C78EEC" w14:textId="77777777" w:rsidR="00AF4FF4" w:rsidRDefault="001C1AFA">
      <w:pPr>
        <w:pStyle w:val="ListBullet"/>
      </w:pPr>
      <w:r>
        <w:t>Accommodate dietary restrictions and special nutritio</w:t>
      </w:r>
      <w:r>
        <w:t>nal requirements when possible.</w:t>
      </w:r>
    </w:p>
    <w:p w14:paraId="70C2C1BB" w14:textId="77777777" w:rsidR="00AF4FF4" w:rsidRDefault="001C1AFA">
      <w:pPr>
        <w:pStyle w:val="Heading2"/>
      </w:pPr>
      <w:r>
        <w:t>Food Safety &amp; Hygiene</w:t>
      </w:r>
    </w:p>
    <w:p w14:paraId="7A8F2681" w14:textId="77777777" w:rsidR="00AF4FF4" w:rsidRDefault="001C1AFA">
      <w:pPr>
        <w:pStyle w:val="ListBullet"/>
      </w:pPr>
      <w:r>
        <w:t>Maintain a clean and sanitary kitchen at all times.</w:t>
      </w:r>
    </w:p>
    <w:p w14:paraId="60C52191" w14:textId="163D49A0" w:rsidR="00AF4FF4" w:rsidRDefault="001C1AFA">
      <w:pPr>
        <w:pStyle w:val="ListBullet"/>
      </w:pPr>
      <w:r>
        <w:t xml:space="preserve">Follow Kenyan food safety regulations and </w:t>
      </w:r>
      <w:r>
        <w:t>hygiene standards</w:t>
      </w:r>
      <w:r w:rsidR="007B56FD">
        <w:t xml:space="preserve"> as agreed to by MAMA Project Solutions policies</w:t>
      </w:r>
      <w:r>
        <w:t>.</w:t>
      </w:r>
    </w:p>
    <w:p w14:paraId="05A59783" w14:textId="77777777" w:rsidR="00AF4FF4" w:rsidRDefault="001C1AFA">
      <w:pPr>
        <w:pStyle w:val="ListBullet"/>
      </w:pPr>
      <w:r>
        <w:t>Ensure proper handwashing and food handling procedures.</w:t>
      </w:r>
    </w:p>
    <w:p w14:paraId="3CB23C48" w14:textId="66D0C72D" w:rsidR="00AF4FF4" w:rsidRDefault="001C1AFA">
      <w:pPr>
        <w:pStyle w:val="ListBullet"/>
      </w:pPr>
      <w:r>
        <w:t xml:space="preserve">Clean kitchen equipment, </w:t>
      </w:r>
      <w:r>
        <w:t>refrigerators, freezers, and food preparation areas</w:t>
      </w:r>
      <w:r w:rsidR="004008EE">
        <w:t xml:space="preserve"> in addition to </w:t>
      </w:r>
      <w:r w:rsidR="004413DF">
        <w:t>tableware.</w:t>
      </w:r>
    </w:p>
    <w:p w14:paraId="1CBF58C5" w14:textId="77777777" w:rsidR="00AF4FF4" w:rsidRDefault="001C1AFA">
      <w:pPr>
        <w:pStyle w:val="ListBullet"/>
      </w:pPr>
      <w:r>
        <w:t>Monitor food storage temperatures and expiration dates.</w:t>
      </w:r>
    </w:p>
    <w:p w14:paraId="73BD4366" w14:textId="77777777" w:rsidR="00AF4FF4" w:rsidRDefault="001C1AFA">
      <w:pPr>
        <w:pStyle w:val="Heading2"/>
      </w:pPr>
      <w:r>
        <w:t>Inventory &amp; Procurement</w:t>
      </w:r>
    </w:p>
    <w:p w14:paraId="3ECF84FC" w14:textId="77777777" w:rsidR="00AF4FF4" w:rsidRDefault="001C1AFA">
      <w:pPr>
        <w:pStyle w:val="ListBullet"/>
      </w:pPr>
      <w:r>
        <w:t>Monitor kitchen inventory and report supply needs.</w:t>
      </w:r>
    </w:p>
    <w:p w14:paraId="3A2D84CC" w14:textId="77777777" w:rsidR="00AF4FF4" w:rsidRDefault="001C1AFA">
      <w:pPr>
        <w:pStyle w:val="ListBullet"/>
      </w:pPr>
      <w:r>
        <w:t>Assist with purchasing food, cleaning supplies, and kitchen equipment.</w:t>
      </w:r>
    </w:p>
    <w:p w14:paraId="7F4C6A5C" w14:textId="77777777" w:rsidR="00AF4FF4" w:rsidRDefault="001C1AFA">
      <w:pPr>
        <w:pStyle w:val="ListBullet"/>
      </w:pPr>
      <w:r>
        <w:t>Maintain organized storage areas.</w:t>
      </w:r>
    </w:p>
    <w:p w14:paraId="31994CF9" w14:textId="77777777" w:rsidR="00AF4FF4" w:rsidRDefault="001C1AFA">
      <w:pPr>
        <w:pStyle w:val="ListBullet"/>
      </w:pPr>
      <w:r>
        <w:t>Help control kitchen expenses through responsible purchasing and inventory management.</w:t>
      </w:r>
    </w:p>
    <w:p w14:paraId="41EED92D" w14:textId="77777777" w:rsidR="004D3C40" w:rsidRDefault="004D3C40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14:paraId="612AC88B" w14:textId="2A380399" w:rsidR="00AF4FF4" w:rsidRDefault="001C1AFA">
      <w:pPr>
        <w:pStyle w:val="Heading2"/>
      </w:pPr>
      <w:r>
        <w:lastRenderedPageBreak/>
        <w:t>Operations Support</w:t>
      </w:r>
    </w:p>
    <w:p w14:paraId="6D3EFF7D" w14:textId="77777777" w:rsidR="00C90718" w:rsidRDefault="00C90718" w:rsidP="00C90718">
      <w:pPr>
        <w:pStyle w:val="ListBullet"/>
      </w:pPr>
      <w:r>
        <w:t>Help maintain clean and organized offices and common areas.</w:t>
      </w:r>
    </w:p>
    <w:p w14:paraId="415C5F67" w14:textId="69FEEDAF" w:rsidR="00AF4FF4" w:rsidRDefault="004413DF">
      <w:pPr>
        <w:pStyle w:val="ListBullet"/>
      </w:pPr>
      <w:r>
        <w:t>Assist with p</w:t>
      </w:r>
      <w:r w:rsidR="001C1AFA">
        <w:t>repar</w:t>
      </w:r>
      <w:r>
        <w:t xml:space="preserve">ation of </w:t>
      </w:r>
      <w:r w:rsidR="001C1AFA">
        <w:t>meeting and</w:t>
      </w:r>
      <w:r w:rsidR="00BB6B01">
        <w:t xml:space="preserve"> </w:t>
      </w:r>
      <w:r w:rsidR="001C1AFA">
        <w:t>training spaces</w:t>
      </w:r>
      <w:r w:rsidR="00C90718">
        <w:t xml:space="preserve"> for regular activities and special </w:t>
      </w:r>
      <w:r w:rsidR="00434E9D">
        <w:t xml:space="preserve">events, including both </w:t>
      </w:r>
      <w:proofErr w:type="gramStart"/>
      <w:r w:rsidR="00434E9D">
        <w:t>setup</w:t>
      </w:r>
      <w:proofErr w:type="gramEnd"/>
      <w:r w:rsidR="00434E9D">
        <w:t xml:space="preserve"> and cleanup.</w:t>
      </w:r>
    </w:p>
    <w:p w14:paraId="0FC4C345" w14:textId="36E3A8A0" w:rsidR="00AF4FF4" w:rsidRDefault="001C1AFA">
      <w:pPr>
        <w:pStyle w:val="ListBullet"/>
      </w:pPr>
      <w:r>
        <w:t>Welcome visitors.</w:t>
      </w:r>
    </w:p>
    <w:p w14:paraId="006203D2" w14:textId="17CA5E4A" w:rsidR="00AF4FF4" w:rsidRDefault="001C1AFA">
      <w:pPr>
        <w:pStyle w:val="ListBullet"/>
      </w:pPr>
      <w:r>
        <w:t xml:space="preserve">Support field teams during </w:t>
      </w:r>
      <w:r w:rsidR="0099694C">
        <w:t xml:space="preserve">field and </w:t>
      </w:r>
      <w:r>
        <w:t>outreach activities</w:t>
      </w:r>
      <w:r w:rsidR="00480654">
        <w:t xml:space="preserve">, including </w:t>
      </w:r>
      <w:r>
        <w:t>organizing supplies and equipment</w:t>
      </w:r>
      <w:r w:rsidR="00480654">
        <w:t>.</w:t>
      </w:r>
    </w:p>
    <w:p w14:paraId="237A37B9" w14:textId="7B2D9B79" w:rsidR="00AF4FF4" w:rsidRDefault="001C1AFA">
      <w:pPr>
        <w:pStyle w:val="ListBullet"/>
      </w:pPr>
      <w:r>
        <w:t xml:space="preserve">Support logistics during </w:t>
      </w:r>
      <w:r w:rsidR="0099694C">
        <w:t xml:space="preserve">field operations, including </w:t>
      </w:r>
      <w:r>
        <w:t xml:space="preserve">workshops and community </w:t>
      </w:r>
      <w:r w:rsidR="0099694C">
        <w:t>events</w:t>
      </w:r>
      <w:r>
        <w:t>.</w:t>
      </w:r>
    </w:p>
    <w:p w14:paraId="22B86F7A" w14:textId="77777777" w:rsidR="00AF4FF4" w:rsidRDefault="001C1AFA">
      <w:pPr>
        <w:pStyle w:val="ListBullet"/>
      </w:pPr>
      <w:r>
        <w:t>Perform other operational duties as assigned.</w:t>
      </w:r>
    </w:p>
    <w:p w14:paraId="79C29F33" w14:textId="77777777" w:rsidR="00074DAC" w:rsidRDefault="00074DAC" w:rsidP="00074DAC">
      <w:pPr>
        <w:pStyle w:val="Heading2"/>
      </w:pPr>
      <w:r>
        <w:t>Field Support</w:t>
      </w:r>
    </w:p>
    <w:p w14:paraId="3A62701F" w14:textId="77777777" w:rsidR="00074DAC" w:rsidRDefault="00074DAC" w:rsidP="00074DAC">
      <w:pPr>
        <w:pStyle w:val="ListBullet"/>
      </w:pPr>
      <w:r>
        <w:t>Load and unload project vehicles.</w:t>
      </w:r>
    </w:p>
    <w:p w14:paraId="6D743432" w14:textId="77777777" w:rsidR="00074DAC" w:rsidRDefault="00074DAC" w:rsidP="00074DAC">
      <w:pPr>
        <w:pStyle w:val="ListBullet"/>
      </w:pPr>
      <w:r>
        <w:t>Assist field teams with transporting and organizing project materials.</w:t>
      </w:r>
    </w:p>
    <w:p w14:paraId="1E034153" w14:textId="38D6FA32" w:rsidR="00074DAC" w:rsidRPr="006919F2" w:rsidRDefault="00074DAC" w:rsidP="00074DAC">
      <w:pPr>
        <w:pStyle w:val="ListBullet"/>
      </w:pPr>
      <w:r w:rsidRPr="006919F2">
        <w:t xml:space="preserve">Help with assembly and distribution of supplies </w:t>
      </w:r>
      <w:r w:rsidR="00833649">
        <w:t xml:space="preserve">for </w:t>
      </w:r>
      <w:r w:rsidRPr="006919F2">
        <w:t>field work or community outreach activities</w:t>
      </w:r>
      <w:r>
        <w:t>, as available.</w:t>
      </w:r>
    </w:p>
    <w:p w14:paraId="7DEDDB00" w14:textId="36E31D75" w:rsidR="00074DAC" w:rsidRDefault="00074DAC" w:rsidP="00074DAC">
      <w:pPr>
        <w:pStyle w:val="ListBullet"/>
      </w:pPr>
      <w:r>
        <w:t>Support staff during field events and community functions, as available.</w:t>
      </w:r>
    </w:p>
    <w:p w14:paraId="189968CD" w14:textId="77777777" w:rsidR="00AF4FF4" w:rsidRDefault="001C1AFA">
      <w:pPr>
        <w:pStyle w:val="Heading2"/>
      </w:pPr>
      <w:r>
        <w:t>Hospitality</w:t>
      </w:r>
    </w:p>
    <w:p w14:paraId="50562CE8" w14:textId="3F09ED6A" w:rsidR="00AF4FF4" w:rsidRDefault="001C1AFA">
      <w:pPr>
        <w:pStyle w:val="ListBullet"/>
      </w:pPr>
      <w:r>
        <w:t>Create a welcoming environment for staff</w:t>
      </w:r>
      <w:r w:rsidR="00FA4963">
        <w:t xml:space="preserve"> and </w:t>
      </w:r>
      <w:r>
        <w:t>visitors</w:t>
      </w:r>
      <w:r w:rsidR="00FA4963">
        <w:t>.</w:t>
      </w:r>
    </w:p>
    <w:p w14:paraId="15058F1C" w14:textId="77777777" w:rsidR="00AF4FF4" w:rsidRDefault="001C1AFA">
      <w:pPr>
        <w:pStyle w:val="ListBullet"/>
      </w:pPr>
      <w:r>
        <w:t>Serve meals professionally and courteously.</w:t>
      </w:r>
    </w:p>
    <w:p w14:paraId="114FDBF3" w14:textId="514B3961" w:rsidR="00AF4FF4" w:rsidRDefault="001C1AFA">
      <w:pPr>
        <w:pStyle w:val="ListBullet"/>
      </w:pPr>
      <w:r>
        <w:t xml:space="preserve">Assist in hosting international visitors and </w:t>
      </w:r>
      <w:r w:rsidR="00934981">
        <w:t xml:space="preserve">company </w:t>
      </w:r>
      <w:r>
        <w:t>guests.</w:t>
      </w:r>
    </w:p>
    <w:p w14:paraId="3FB5A449" w14:textId="77777777" w:rsidR="00AF4FF4" w:rsidRDefault="001C1AFA">
      <w:pPr>
        <w:pStyle w:val="ListBullet"/>
      </w:pPr>
      <w:r>
        <w:t>Demonstrate professionalism and respect toward individuals from diverse cultures.</w:t>
      </w:r>
    </w:p>
    <w:p w14:paraId="366C6866" w14:textId="77777777" w:rsidR="00AF4FF4" w:rsidRDefault="001C1AFA">
      <w:pPr>
        <w:pStyle w:val="Heading2"/>
      </w:pPr>
      <w:r>
        <w:t>Equipment Care</w:t>
      </w:r>
    </w:p>
    <w:p w14:paraId="77EDEFC3" w14:textId="77777777" w:rsidR="00AF4FF4" w:rsidRDefault="001C1AFA">
      <w:pPr>
        <w:pStyle w:val="ListBullet"/>
      </w:pPr>
      <w:r>
        <w:t>Maintain kitchen appliances and equipment in good working condition.</w:t>
      </w:r>
    </w:p>
    <w:p w14:paraId="7E13FC74" w14:textId="77777777" w:rsidR="00AF4FF4" w:rsidRDefault="001C1AFA">
      <w:pPr>
        <w:pStyle w:val="ListBullet"/>
      </w:pPr>
      <w:r>
        <w:t>Report maintenance needs promptly.</w:t>
      </w:r>
    </w:p>
    <w:p w14:paraId="5FC8EEA4" w14:textId="7A9B6B3F" w:rsidR="00AF4FF4" w:rsidRDefault="001C1AFA">
      <w:pPr>
        <w:pStyle w:val="ListBullet"/>
      </w:pPr>
      <w:r>
        <w:t xml:space="preserve">Ensure proper care of </w:t>
      </w:r>
      <w:r>
        <w:t>kitchen assets</w:t>
      </w:r>
      <w:r w:rsidR="00480654">
        <w:t xml:space="preserve"> and other company assets</w:t>
      </w:r>
      <w:r>
        <w:t>.</w:t>
      </w:r>
    </w:p>
    <w:p w14:paraId="3A77F733" w14:textId="77777777" w:rsidR="00AF4FF4" w:rsidRDefault="001C1AFA">
      <w:pPr>
        <w:pStyle w:val="Heading2"/>
      </w:pPr>
      <w:r>
        <w:t>Required Qualifications</w:t>
      </w:r>
    </w:p>
    <w:p w14:paraId="27532F67" w14:textId="77777777" w:rsidR="00AF4FF4" w:rsidRDefault="001C1AFA">
      <w:pPr>
        <w:pStyle w:val="ListBullet"/>
      </w:pPr>
      <w:r>
        <w:t>Experience preparing meals for groups.</w:t>
      </w:r>
    </w:p>
    <w:p w14:paraId="62242D30" w14:textId="1C711188" w:rsidR="00434DF2" w:rsidRDefault="00434DF2" w:rsidP="00434DF2">
      <w:pPr>
        <w:pStyle w:val="ListBullet"/>
      </w:pPr>
      <w:r>
        <w:t>Previous experience with NGO</w:t>
      </w:r>
      <w:r w:rsidR="00934981">
        <w:t>/nonprofits</w:t>
      </w:r>
      <w:r>
        <w:t>, school</w:t>
      </w:r>
      <w:r w:rsidR="00934981">
        <w:t>s</w:t>
      </w:r>
      <w:r>
        <w:t>, lodge</w:t>
      </w:r>
      <w:r w:rsidR="00934981">
        <w:t>s</w:t>
      </w:r>
      <w:r>
        <w:t>, hotel</w:t>
      </w:r>
      <w:r w:rsidR="00934981">
        <w:t>s</w:t>
      </w:r>
      <w:r>
        <w:t>, or institutional kitchen.</w:t>
      </w:r>
    </w:p>
    <w:p w14:paraId="3D4E4E05" w14:textId="6C956532" w:rsidR="00AF4FF4" w:rsidRDefault="001C1AFA">
      <w:pPr>
        <w:pStyle w:val="ListBullet"/>
      </w:pPr>
      <w:r>
        <w:t>Knowledge of safe food handling and sanitation practices</w:t>
      </w:r>
      <w:r w:rsidR="007F2C0E">
        <w:t xml:space="preserve"> </w:t>
      </w:r>
      <w:r w:rsidR="00131E93">
        <w:t>required by Kenyan food safety regulations.</w:t>
      </w:r>
    </w:p>
    <w:p w14:paraId="0013FA39" w14:textId="77777777" w:rsidR="00AF4FF4" w:rsidRDefault="001C1AFA">
      <w:pPr>
        <w:pStyle w:val="ListBullet"/>
      </w:pPr>
      <w:r>
        <w:t>Ability to prepare both Kenyan and international-style meals.</w:t>
      </w:r>
    </w:p>
    <w:p w14:paraId="19731F79" w14:textId="2999F048" w:rsidR="00AF4FF4" w:rsidRDefault="0099694C" w:rsidP="00C843AA">
      <w:pPr>
        <w:pStyle w:val="ListBullet"/>
      </w:pPr>
      <w:r>
        <w:t>Experience serving international guests.</w:t>
      </w:r>
    </w:p>
    <w:p w14:paraId="708B125D" w14:textId="77777777" w:rsidR="00AF4FF4" w:rsidRDefault="001C1AFA">
      <w:pPr>
        <w:pStyle w:val="ListBullet"/>
      </w:pPr>
      <w:r>
        <w:t>Good organizational skills.</w:t>
      </w:r>
    </w:p>
    <w:p w14:paraId="3A9EDCF5" w14:textId="767FD6CC" w:rsidR="0099694C" w:rsidRDefault="001C1AFA" w:rsidP="0099694C">
      <w:pPr>
        <w:pStyle w:val="ListBullet"/>
      </w:pPr>
      <w:r>
        <w:t>Good communication skills in Kiswahili</w:t>
      </w:r>
      <w:r w:rsidR="0099694C">
        <w:t xml:space="preserve"> and Maa.</w:t>
      </w:r>
    </w:p>
    <w:p w14:paraId="01F8F7B2" w14:textId="77777777" w:rsidR="00AF4FF4" w:rsidRDefault="001C1AFA">
      <w:pPr>
        <w:pStyle w:val="Heading2"/>
      </w:pPr>
      <w:r>
        <w:t>Preferred Qualifications</w:t>
      </w:r>
    </w:p>
    <w:p w14:paraId="01D26B24" w14:textId="505DABC6" w:rsidR="0099694C" w:rsidRDefault="0099694C" w:rsidP="0099694C">
      <w:pPr>
        <w:pStyle w:val="ListBullet"/>
      </w:pPr>
      <w:r>
        <w:t>Basic English communication</w:t>
      </w:r>
      <w:r w:rsidR="00131E93">
        <w:t>.</w:t>
      </w:r>
    </w:p>
    <w:p w14:paraId="73F0CBB3" w14:textId="77777777" w:rsidR="00AF4FF4" w:rsidRDefault="001C1AFA">
      <w:pPr>
        <w:pStyle w:val="ListBullet"/>
      </w:pPr>
      <w:r>
        <w:t>Certificate or training in food production, hospitality, or catering.</w:t>
      </w:r>
    </w:p>
    <w:p w14:paraId="77C3802B" w14:textId="77777777" w:rsidR="00AF4FF4" w:rsidRDefault="001C1AFA">
      <w:pPr>
        <w:pStyle w:val="ListBullet"/>
      </w:pPr>
      <w:r>
        <w:t>First Aid certification.</w:t>
      </w:r>
    </w:p>
    <w:p w14:paraId="2B6F9F61" w14:textId="7D55935D" w:rsidR="00C843AA" w:rsidRDefault="00C843AA">
      <w:pPr>
        <w:pStyle w:val="ListBullet"/>
      </w:pPr>
      <w:r>
        <w:t>Ability to read</w:t>
      </w:r>
      <w:r w:rsidR="009257F7">
        <w:t xml:space="preserve">, </w:t>
      </w:r>
      <w:r w:rsidR="0084378E">
        <w:t xml:space="preserve">write </w:t>
      </w:r>
      <w:r>
        <w:t>and follow recipes.</w:t>
      </w:r>
    </w:p>
    <w:p w14:paraId="03E03CAD" w14:textId="77777777" w:rsidR="00833649" w:rsidRDefault="00833649">
      <w:pPr>
        <w:rPr>
          <w:rFonts w:asciiTheme="majorHAnsi" w:eastAsiaTheme="majorEastAsia" w:hAnsiTheme="majorHAnsi" w:cstheme="majorBidi"/>
          <w:b/>
          <w:bCs/>
          <w:color w:val="4F81BD" w:themeColor="accent1"/>
          <w:sz w:val="26"/>
          <w:szCs w:val="26"/>
        </w:rPr>
      </w:pPr>
      <w:r>
        <w:br w:type="page"/>
      </w:r>
    </w:p>
    <w:p w14:paraId="3218FC5E" w14:textId="4EA0A4D4" w:rsidR="00AF4FF4" w:rsidRDefault="001C1AFA">
      <w:pPr>
        <w:pStyle w:val="Heading2"/>
      </w:pPr>
      <w:r>
        <w:lastRenderedPageBreak/>
        <w:t>Personal Qualities</w:t>
      </w:r>
    </w:p>
    <w:p w14:paraId="0396618B" w14:textId="77777777" w:rsidR="00AF4FF4" w:rsidRDefault="001C1AFA">
      <w:pPr>
        <w:pStyle w:val="ListBullet"/>
      </w:pPr>
      <w:r>
        <w:t>Honest and trustworthy.</w:t>
      </w:r>
    </w:p>
    <w:p w14:paraId="3B28B83C" w14:textId="77671E27" w:rsidR="00AF4FF4" w:rsidRDefault="001C1AFA">
      <w:pPr>
        <w:pStyle w:val="ListBullet"/>
      </w:pPr>
      <w:r>
        <w:t>Friendly</w:t>
      </w:r>
      <w:r w:rsidR="00D45B52">
        <w:t xml:space="preserve">, </w:t>
      </w:r>
      <w:r>
        <w:t>welcoming</w:t>
      </w:r>
      <w:r w:rsidR="00D45B52">
        <w:t xml:space="preserve">, and </w:t>
      </w:r>
      <w:r w:rsidR="002F0B76">
        <w:t>respectful</w:t>
      </w:r>
      <w:r>
        <w:t>.</w:t>
      </w:r>
    </w:p>
    <w:p w14:paraId="2430AC1E" w14:textId="77777777" w:rsidR="00AF4FF4" w:rsidRDefault="001C1AFA">
      <w:pPr>
        <w:pStyle w:val="ListBullet"/>
      </w:pPr>
      <w:r>
        <w:t>Positive attitude.</w:t>
      </w:r>
    </w:p>
    <w:p w14:paraId="7A47B7F6" w14:textId="77777777" w:rsidR="00AF4FF4" w:rsidRDefault="001C1AFA">
      <w:pPr>
        <w:pStyle w:val="ListBullet"/>
      </w:pPr>
      <w:r>
        <w:t>Strong organizational skills.</w:t>
      </w:r>
    </w:p>
    <w:p w14:paraId="60AE4867" w14:textId="6192EF38" w:rsidR="00AF4FF4" w:rsidRDefault="001C1AFA" w:rsidP="009257F7">
      <w:pPr>
        <w:pStyle w:val="ListBullet"/>
      </w:pPr>
      <w:r>
        <w:t>Flexible and willing to assist in many different areas.</w:t>
      </w:r>
    </w:p>
    <w:p w14:paraId="191C7D2C" w14:textId="77777777" w:rsidR="00AF4FF4" w:rsidRDefault="001C1AFA">
      <w:pPr>
        <w:pStyle w:val="ListBullet"/>
      </w:pPr>
      <w:r>
        <w:t>Dependable and punctual.</w:t>
      </w:r>
    </w:p>
    <w:p w14:paraId="74FACE15" w14:textId="77777777" w:rsidR="00AF4FF4" w:rsidRDefault="001C1AFA">
      <w:pPr>
        <w:pStyle w:val="ListBullet"/>
      </w:pPr>
      <w:r>
        <w:t>Ability to work independently.</w:t>
      </w:r>
    </w:p>
    <w:p w14:paraId="0A02D222" w14:textId="6A7C29C5" w:rsidR="00AF4FF4" w:rsidRDefault="001C1AFA" w:rsidP="00310C95">
      <w:pPr>
        <w:pStyle w:val="ListBullet"/>
      </w:pPr>
      <w:r>
        <w:t>Team-oriented.</w:t>
      </w:r>
    </w:p>
    <w:p w14:paraId="387C2303" w14:textId="4C845C4A" w:rsidR="008C1D11" w:rsidRDefault="008C1D11" w:rsidP="008C1D11">
      <w:pPr>
        <w:pStyle w:val="Heading2"/>
      </w:pPr>
      <w:r>
        <w:t>Physical Requirements</w:t>
      </w:r>
    </w:p>
    <w:p w14:paraId="343CD53B" w14:textId="77777777" w:rsidR="00AF4FF4" w:rsidRDefault="001C1AFA">
      <w:pPr>
        <w:pStyle w:val="ListBullet"/>
      </w:pPr>
      <w:r>
        <w:t>Ability to stand for extended periods.</w:t>
      </w:r>
    </w:p>
    <w:p w14:paraId="1CCD1041" w14:textId="083EAA04" w:rsidR="00AF4FF4" w:rsidRDefault="001C1AFA">
      <w:pPr>
        <w:pStyle w:val="ListBullet"/>
      </w:pPr>
      <w:r>
        <w:t xml:space="preserve">Ability to safely lift and carry supplies weighing up to approximately </w:t>
      </w:r>
      <w:r w:rsidR="0099694C">
        <w:t>32</w:t>
      </w:r>
      <w:r>
        <w:t xml:space="preserve"> kg.</w:t>
      </w:r>
    </w:p>
    <w:p w14:paraId="01F53C99" w14:textId="77777777" w:rsidR="00AF4FF4" w:rsidRDefault="001C1AFA">
      <w:pPr>
        <w:pStyle w:val="ListBullet"/>
      </w:pPr>
      <w:r>
        <w:t>Ability to work in warm kitchen environments.</w:t>
      </w:r>
    </w:p>
    <w:p w14:paraId="382268CA" w14:textId="2BCB8C64" w:rsidR="00AF4FF4" w:rsidRDefault="001C1AFA">
      <w:pPr>
        <w:pStyle w:val="ListBullet"/>
      </w:pPr>
      <w:r>
        <w:t xml:space="preserve">Ability to assist with </w:t>
      </w:r>
      <w:r>
        <w:t>field activities</w:t>
      </w:r>
      <w:r w:rsidR="00310C95">
        <w:t xml:space="preserve">, outreach, and special </w:t>
      </w:r>
      <w:r>
        <w:t>events.</w:t>
      </w:r>
    </w:p>
    <w:p w14:paraId="0365280D" w14:textId="77777777" w:rsidR="008F3DDD" w:rsidRDefault="008F3DDD" w:rsidP="008F3DDD">
      <w:pPr>
        <w:pStyle w:val="ListBullet"/>
      </w:pPr>
      <w:r>
        <w:t xml:space="preserve">Occasional </w:t>
      </w:r>
      <w:proofErr w:type="gramStart"/>
      <w:r>
        <w:t>evening</w:t>
      </w:r>
      <w:proofErr w:type="gramEnd"/>
      <w:r>
        <w:t xml:space="preserve">, </w:t>
      </w:r>
      <w:proofErr w:type="gramStart"/>
      <w:r>
        <w:t>weekend</w:t>
      </w:r>
      <w:proofErr w:type="gramEnd"/>
      <w:r>
        <w:t>, and holiday work may be required.</w:t>
      </w:r>
    </w:p>
    <w:p w14:paraId="041F2CC7" w14:textId="77777777" w:rsidR="008C1D11" w:rsidRDefault="008C1D11" w:rsidP="008C1D11">
      <w:pPr>
        <w:pStyle w:val="ListBullet"/>
      </w:pPr>
      <w:r>
        <w:t>Willingness to travel to remote rural project locations.</w:t>
      </w:r>
    </w:p>
    <w:p w14:paraId="1B1AD17F" w14:textId="77777777" w:rsidR="00AF4FF4" w:rsidRDefault="001C1AFA">
      <w:pPr>
        <w:pStyle w:val="Heading2"/>
      </w:pPr>
      <w:r>
        <w:t>Employment Conditions</w:t>
      </w:r>
    </w:p>
    <w:p w14:paraId="1BAF4EE2" w14:textId="1C87C54C" w:rsidR="00106FF4" w:rsidRPr="008F3DDD" w:rsidRDefault="001C1AFA" w:rsidP="008F3DDD">
      <w:pPr>
        <w:pStyle w:val="ListBullet"/>
      </w:pPr>
      <w:r>
        <w:t>Full-time position.</w:t>
      </w:r>
    </w:p>
    <w:p w14:paraId="2451697F" w14:textId="77777777" w:rsidR="00AF4FF4" w:rsidRDefault="001C1AFA">
      <w:pPr>
        <w:pStyle w:val="ListBullet"/>
      </w:pPr>
      <w:r>
        <w:t>Subject to reference checks.</w:t>
      </w:r>
    </w:p>
    <w:p w14:paraId="6248F837" w14:textId="77777777" w:rsidR="00AF4FF4" w:rsidRDefault="001C1AFA">
      <w:pPr>
        <w:pStyle w:val="ListBullet"/>
      </w:pPr>
      <w:r>
        <w:t>Must comply with all MAMA Project Solutions policies, safeguarding standards, food safety procedures, and code of conduct.</w:t>
      </w:r>
    </w:p>
    <w:sectPr w:rsidR="00AF4FF4" w:rsidSect="0099694C">
      <w:pgSz w:w="12240" w:h="15840"/>
      <w:pgMar w:top="1008" w:right="1800" w:bottom="72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24630109">
    <w:abstractNumId w:val="8"/>
  </w:num>
  <w:num w:numId="2" w16cid:durableId="548959456">
    <w:abstractNumId w:val="6"/>
  </w:num>
  <w:num w:numId="3" w16cid:durableId="1489787875">
    <w:abstractNumId w:val="5"/>
  </w:num>
  <w:num w:numId="4" w16cid:durableId="946354117">
    <w:abstractNumId w:val="4"/>
  </w:num>
  <w:num w:numId="5" w16cid:durableId="602225192">
    <w:abstractNumId w:val="7"/>
  </w:num>
  <w:num w:numId="6" w16cid:durableId="1277100643">
    <w:abstractNumId w:val="3"/>
  </w:num>
  <w:num w:numId="7" w16cid:durableId="1931115248">
    <w:abstractNumId w:val="2"/>
  </w:num>
  <w:num w:numId="8" w16cid:durableId="1114902870">
    <w:abstractNumId w:val="1"/>
  </w:num>
  <w:num w:numId="9" w16cid:durableId="362481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4DAC"/>
    <w:rsid w:val="000F4EBE"/>
    <w:rsid w:val="00106FF4"/>
    <w:rsid w:val="00131E93"/>
    <w:rsid w:val="0015074B"/>
    <w:rsid w:val="0029639D"/>
    <w:rsid w:val="002F0B76"/>
    <w:rsid w:val="00310C95"/>
    <w:rsid w:val="00326F90"/>
    <w:rsid w:val="0037484A"/>
    <w:rsid w:val="004008EE"/>
    <w:rsid w:val="00414CFA"/>
    <w:rsid w:val="00434DF2"/>
    <w:rsid w:val="00434E9D"/>
    <w:rsid w:val="004413DF"/>
    <w:rsid w:val="00480654"/>
    <w:rsid w:val="004A6E1E"/>
    <w:rsid w:val="004D3C40"/>
    <w:rsid w:val="007B56FD"/>
    <w:rsid w:val="007F2C0E"/>
    <w:rsid w:val="00833649"/>
    <w:rsid w:val="0084378E"/>
    <w:rsid w:val="008C1D11"/>
    <w:rsid w:val="008F3DDD"/>
    <w:rsid w:val="009257F7"/>
    <w:rsid w:val="00934981"/>
    <w:rsid w:val="0099694C"/>
    <w:rsid w:val="009A60C6"/>
    <w:rsid w:val="009D6629"/>
    <w:rsid w:val="00AA1D8D"/>
    <w:rsid w:val="00AC0406"/>
    <w:rsid w:val="00AF4FF4"/>
    <w:rsid w:val="00B234CE"/>
    <w:rsid w:val="00B47730"/>
    <w:rsid w:val="00BB6B01"/>
    <w:rsid w:val="00BC71BD"/>
    <w:rsid w:val="00C02165"/>
    <w:rsid w:val="00C20DB0"/>
    <w:rsid w:val="00C843AA"/>
    <w:rsid w:val="00C90718"/>
    <w:rsid w:val="00CB0664"/>
    <w:rsid w:val="00D45B52"/>
    <w:rsid w:val="00E832E0"/>
    <w:rsid w:val="00F74BF9"/>
    <w:rsid w:val="00FA496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23BDB1B"/>
  <w14:defaultImageDpi w14:val="300"/>
  <w15:docId w15:val="{5B106A49-3BF5-4A88-8555-74D0F758F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606</Words>
  <Characters>4134</Characters>
  <Application>Microsoft Office Word</Application>
  <DocSecurity>0</DocSecurity>
  <Lines>100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Julia Christensen</cp:lastModifiedBy>
  <cp:revision>2</cp:revision>
  <dcterms:created xsi:type="dcterms:W3CDTF">2026-08-01T13:31:00Z</dcterms:created>
  <dcterms:modified xsi:type="dcterms:W3CDTF">2026-08-01T13:31:00Z</dcterms:modified>
  <cp:category/>
</cp:coreProperties>
</file>