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A6E05" w14:textId="0DD1B5EA" w:rsidR="00A973E5" w:rsidRDefault="00B46BA4" w:rsidP="00B46BA4">
      <w:pPr>
        <w:pStyle w:val="Heading1"/>
        <w:jc w:val="center"/>
      </w:pPr>
      <w:r>
        <w:t>Job Description: FIELD OFFICER</w:t>
      </w:r>
      <w:r>
        <w:br/>
        <w:t>MAMA Project Solutions Ltd.</w:t>
      </w:r>
    </w:p>
    <w:p w14:paraId="121F5216" w14:textId="77777777" w:rsidR="00B46BA4" w:rsidRPr="00B46BA4" w:rsidRDefault="00B46BA4" w:rsidP="00B46BA4"/>
    <w:p w14:paraId="4CAB76B4" w14:textId="77777777" w:rsidR="00A973E5" w:rsidRDefault="008D5F13">
      <w:r>
        <w:rPr>
          <w:b/>
        </w:rPr>
        <w:t xml:space="preserve">Position Title: </w:t>
      </w:r>
      <w:r>
        <w:t>Field Officer</w:t>
      </w:r>
      <w:r>
        <w:br/>
      </w:r>
      <w:r>
        <w:rPr>
          <w:b/>
        </w:rPr>
        <w:t xml:space="preserve">Reports To: </w:t>
      </w:r>
      <w:r>
        <w:t>Director of Field Operations</w:t>
      </w:r>
      <w:r>
        <w:br/>
      </w:r>
      <w:r>
        <w:rPr>
          <w:b/>
        </w:rPr>
        <w:t xml:space="preserve">Duty Station: </w:t>
      </w:r>
      <w:r>
        <w:t>Narok County, Kenya (with extensive travel throughout project communities)</w:t>
      </w:r>
      <w:r>
        <w:br/>
      </w:r>
    </w:p>
    <w:p w14:paraId="68F5BCC4" w14:textId="77777777" w:rsidR="00A973E5" w:rsidRDefault="008D5F13">
      <w:pPr>
        <w:pStyle w:val="Heading2"/>
      </w:pPr>
      <w:r>
        <w:t>Position Summary</w:t>
      </w:r>
    </w:p>
    <w:p w14:paraId="3657A231" w14:textId="734B1D7B" w:rsidR="00A973E5" w:rsidRDefault="008D5F13">
      <w:r>
        <w:t xml:space="preserve">The Field Officer serves as the </w:t>
      </w:r>
      <w:r w:rsidR="00665044">
        <w:t xml:space="preserve">first line </w:t>
      </w:r>
      <w:r>
        <w:t>representative of MAMA Project Solutions Ltd.</w:t>
      </w:r>
      <w:r w:rsidR="00665044">
        <w:t xml:space="preserve"> w</w:t>
      </w:r>
      <w:r w:rsidR="00663036">
        <w:t xml:space="preserve">ith clients and </w:t>
      </w:r>
      <w:r>
        <w:t>within project communities. The Field Officer is responsible for coordinating field activities</w:t>
      </w:r>
      <w:r w:rsidR="00453F86">
        <w:t xml:space="preserve"> as a team with the Director of Field Operations.  The </w:t>
      </w:r>
      <w:r w:rsidR="001F1426">
        <w:t>F</w:t>
      </w:r>
      <w:r w:rsidR="00453F86">
        <w:t>ield Officer</w:t>
      </w:r>
      <w:r w:rsidR="001F1426">
        <w:t xml:space="preserve"> </w:t>
      </w:r>
      <w:r>
        <w:t>engag</w:t>
      </w:r>
      <w:r w:rsidR="001F1426">
        <w:t>es</w:t>
      </w:r>
      <w:r>
        <w:t xml:space="preserve"> with </w:t>
      </w:r>
      <w:r w:rsidR="004A3DB3">
        <w:t>contractors,</w:t>
      </w:r>
      <w:r w:rsidR="00611877">
        <w:t xml:space="preserve"> consultants, </w:t>
      </w:r>
      <w:r w:rsidR="00453F86">
        <w:t xml:space="preserve">and </w:t>
      </w:r>
      <w:r>
        <w:t>community leaders</w:t>
      </w:r>
      <w:r w:rsidR="001F1426">
        <w:t xml:space="preserve"> and members. The Office</w:t>
      </w:r>
      <w:r w:rsidR="0071507F">
        <w:t xml:space="preserve">r </w:t>
      </w:r>
      <w:r>
        <w:t>monitor</w:t>
      </w:r>
      <w:r w:rsidR="0071507F">
        <w:t>s</w:t>
      </w:r>
      <w:r>
        <w:t xml:space="preserve"> projects, collect</w:t>
      </w:r>
      <w:r w:rsidR="0071507F">
        <w:t xml:space="preserve">s </w:t>
      </w:r>
      <w:r>
        <w:t>data, and ensur</w:t>
      </w:r>
      <w:r w:rsidR="0071507F">
        <w:t xml:space="preserve">es </w:t>
      </w:r>
      <w:r>
        <w:t xml:space="preserve">that </w:t>
      </w:r>
      <w:r w:rsidR="00611877">
        <w:t xml:space="preserve">services are rendered </w:t>
      </w:r>
      <w:r>
        <w:t>professionally, safely, and effectively.</w:t>
      </w:r>
      <w:r w:rsidR="0071507F">
        <w:t xml:space="preserve"> </w:t>
      </w:r>
    </w:p>
    <w:p w14:paraId="5AF5F65C" w14:textId="4F2789F1" w:rsidR="00A973E5" w:rsidRDefault="008D5F13">
      <w:r>
        <w:t xml:space="preserve">The Field Officer plays a critical role in building strong relationships with </w:t>
      </w:r>
      <w:r w:rsidR="00213A33">
        <w:t xml:space="preserve">technical professionals, contractors, school leaders, and </w:t>
      </w:r>
      <w:r>
        <w:t xml:space="preserve">local </w:t>
      </w:r>
      <w:r w:rsidR="00213A33">
        <w:t xml:space="preserve">communities </w:t>
      </w:r>
      <w:r>
        <w:t>while advancing the mission of MAMA Project Solutions through integrity, professionalism, and excellent communication.</w:t>
      </w:r>
    </w:p>
    <w:p w14:paraId="28F908FB" w14:textId="77777777" w:rsidR="00A973E5" w:rsidRDefault="008D5F13">
      <w:pPr>
        <w:pStyle w:val="Heading2"/>
      </w:pPr>
      <w:r>
        <w:t>Program Implementation</w:t>
      </w:r>
    </w:p>
    <w:p w14:paraId="74DA4BB0" w14:textId="77777777" w:rsidR="00A973E5" w:rsidRDefault="008D5F13">
      <w:pPr>
        <w:pStyle w:val="ListBullet"/>
      </w:pPr>
      <w:r>
        <w:t>Coordinate daily field activities.</w:t>
      </w:r>
    </w:p>
    <w:p w14:paraId="75969C37" w14:textId="01C05A99" w:rsidR="00A973E5" w:rsidRDefault="008D5F13">
      <w:pPr>
        <w:pStyle w:val="ListBullet"/>
      </w:pPr>
      <w:r>
        <w:t xml:space="preserve">Support implementation of </w:t>
      </w:r>
      <w:r w:rsidR="00F75AF6">
        <w:t xml:space="preserve">the </w:t>
      </w:r>
      <w:proofErr w:type="gramStart"/>
      <w:r w:rsidR="00F75AF6">
        <w:t>business action</w:t>
      </w:r>
      <w:proofErr w:type="gramEnd"/>
      <w:r w:rsidR="00F75AF6">
        <w:t xml:space="preserve"> plans in areas of </w:t>
      </w:r>
      <w:r>
        <w:t>health, education, nutrition, water, sanitation, agriculture, and community development</w:t>
      </w:r>
      <w:r w:rsidR="00F75AF6">
        <w:t>.</w:t>
      </w:r>
    </w:p>
    <w:p w14:paraId="2DF3DECC" w14:textId="206659C9" w:rsidR="00A973E5" w:rsidRDefault="008D5F13">
      <w:pPr>
        <w:pStyle w:val="ListBullet"/>
      </w:pPr>
      <w:r>
        <w:t xml:space="preserve">Ensure projects are implemented according to </w:t>
      </w:r>
      <w:r w:rsidR="00461E90">
        <w:t xml:space="preserve">the company’s </w:t>
      </w:r>
      <w:r>
        <w:t>plans and timelines.</w:t>
      </w:r>
    </w:p>
    <w:p w14:paraId="7FB6F27A" w14:textId="77777777" w:rsidR="00A973E5" w:rsidRDefault="008D5F13">
      <w:pPr>
        <w:pStyle w:val="ListBullet"/>
      </w:pPr>
      <w:r>
        <w:t>Assist with distribution of project materials and supplies.</w:t>
      </w:r>
    </w:p>
    <w:p w14:paraId="29E747A8" w14:textId="77777777" w:rsidR="001926B9" w:rsidRDefault="008D5F13" w:rsidP="001926B9">
      <w:pPr>
        <w:pStyle w:val="ListBullet"/>
      </w:pPr>
      <w:r>
        <w:t xml:space="preserve">Support field </w:t>
      </w:r>
      <w:r w:rsidR="0074533D">
        <w:t>meetings</w:t>
      </w:r>
      <w:r>
        <w:t>, workshops, and training sessions.</w:t>
      </w:r>
      <w:r w:rsidR="001926B9" w:rsidRPr="001926B9">
        <w:t xml:space="preserve"> </w:t>
      </w:r>
    </w:p>
    <w:p w14:paraId="1F65496F" w14:textId="0C236E4D" w:rsidR="001926B9" w:rsidRDefault="001926B9" w:rsidP="001926B9">
      <w:pPr>
        <w:pStyle w:val="ListBullet"/>
      </w:pPr>
      <w:r>
        <w:t>Answer questions from contractors and community members</w:t>
      </w:r>
      <w:r w:rsidR="00E66CC1">
        <w:t xml:space="preserve"> while in the field. Provide documentation </w:t>
      </w:r>
      <w:r w:rsidR="00A25823">
        <w:t xml:space="preserve">of all communication </w:t>
      </w:r>
      <w:r w:rsidR="00E66CC1">
        <w:t>to the Director of Field Operations</w:t>
      </w:r>
      <w:r w:rsidR="00A25823">
        <w:t>.</w:t>
      </w:r>
    </w:p>
    <w:p w14:paraId="7C9951BC" w14:textId="77777777" w:rsidR="00A973E5" w:rsidRDefault="008D5F13">
      <w:pPr>
        <w:pStyle w:val="Heading2"/>
      </w:pPr>
      <w:r>
        <w:t>Community Engagement</w:t>
      </w:r>
    </w:p>
    <w:p w14:paraId="20E197EE" w14:textId="026B92F1" w:rsidR="00A973E5" w:rsidRDefault="008D5F13">
      <w:pPr>
        <w:pStyle w:val="ListBullet"/>
      </w:pPr>
      <w:r>
        <w:t>Build positive relationships with community members</w:t>
      </w:r>
      <w:r w:rsidR="0074533D">
        <w:t xml:space="preserve"> and leaders</w:t>
      </w:r>
      <w:r>
        <w:t>.</w:t>
      </w:r>
    </w:p>
    <w:p w14:paraId="098E380B" w14:textId="7106DAEA" w:rsidR="00A973E5" w:rsidRDefault="008D5F13">
      <w:pPr>
        <w:pStyle w:val="ListBullet"/>
      </w:pPr>
      <w:r>
        <w:t>Meet regularly with village elders, local leaders, schools, health facilities, churches, and community organizations</w:t>
      </w:r>
      <w:r w:rsidR="0074533D">
        <w:t xml:space="preserve"> in collaboration with the Director of Field Operations</w:t>
      </w:r>
      <w:r w:rsidR="006869E6">
        <w:t xml:space="preserve"> to </w:t>
      </w:r>
      <w:r w:rsidR="00485355">
        <w:t xml:space="preserve">effectively fulfill the contracts </w:t>
      </w:r>
      <w:r w:rsidR="005B5DDF">
        <w:t xml:space="preserve">set in place by MAMA Project Solutions. </w:t>
      </w:r>
      <w:r w:rsidR="006869E6">
        <w:t xml:space="preserve"> </w:t>
      </w:r>
    </w:p>
    <w:p w14:paraId="3008A26A" w14:textId="77777777" w:rsidR="00A973E5" w:rsidRDefault="008D5F13">
      <w:pPr>
        <w:pStyle w:val="ListBullet"/>
      </w:pPr>
      <w:r>
        <w:t>Represent MAMA Project Solutions professionally in the field.</w:t>
      </w:r>
    </w:p>
    <w:p w14:paraId="564B7A9F" w14:textId="544316BB" w:rsidR="00A973E5" w:rsidRDefault="008D5F13">
      <w:pPr>
        <w:pStyle w:val="ListBullet"/>
      </w:pPr>
      <w:r>
        <w:t>Encourage community participation</w:t>
      </w:r>
      <w:r w:rsidR="00701598">
        <w:t xml:space="preserve"> during survey activities</w:t>
      </w:r>
      <w:r w:rsidR="00C00562">
        <w:t xml:space="preserve"> and for </w:t>
      </w:r>
      <w:r w:rsidR="00036D4F">
        <w:t xml:space="preserve">compiling </w:t>
      </w:r>
      <w:r w:rsidR="00C00562">
        <w:t>report</w:t>
      </w:r>
      <w:r w:rsidR="00036D4F">
        <w:t>s.</w:t>
      </w:r>
      <w:r w:rsidR="00C00562">
        <w:t xml:space="preserve"> </w:t>
      </w:r>
    </w:p>
    <w:p w14:paraId="28AC15DB" w14:textId="70BDECF0" w:rsidR="00A973E5" w:rsidRDefault="008D5F13">
      <w:pPr>
        <w:pStyle w:val="ListBullet"/>
      </w:pPr>
      <w:r>
        <w:t>Assist in identifying community priorities and needs</w:t>
      </w:r>
      <w:r w:rsidR="00036D4F">
        <w:t xml:space="preserve">, including </w:t>
      </w:r>
      <w:r w:rsidR="008244B2">
        <w:t>identif</w:t>
      </w:r>
      <w:r w:rsidR="00036D4F">
        <w:t xml:space="preserve">ication of </w:t>
      </w:r>
      <w:r w:rsidR="008244B2">
        <w:t>vulnerable communities requiring additional assistance</w:t>
      </w:r>
      <w:r w:rsidR="00C71F0C">
        <w:t xml:space="preserve"> </w:t>
      </w:r>
      <w:r w:rsidR="008241DA">
        <w:t>to provide b</w:t>
      </w:r>
      <w:r w:rsidR="00C71F0C">
        <w:t xml:space="preserve">etter information </w:t>
      </w:r>
      <w:r w:rsidR="008241DA">
        <w:t xml:space="preserve">for how </w:t>
      </w:r>
      <w:r w:rsidR="00C71F0C">
        <w:t>clients</w:t>
      </w:r>
      <w:r w:rsidR="00726821">
        <w:t xml:space="preserve"> </w:t>
      </w:r>
      <w:r w:rsidR="008241DA">
        <w:t>can</w:t>
      </w:r>
      <w:r w:rsidR="00726821">
        <w:t xml:space="preserve"> meet those needs.</w:t>
      </w:r>
      <w:r w:rsidR="00C71F0C">
        <w:t xml:space="preserve"> </w:t>
      </w:r>
    </w:p>
    <w:p w14:paraId="1863DF54" w14:textId="77777777" w:rsidR="00F45E58" w:rsidRDefault="00F45E58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14:paraId="6CCF4234" w14:textId="23C35A17" w:rsidR="00A973E5" w:rsidRDefault="008D5F13">
      <w:pPr>
        <w:pStyle w:val="Heading2"/>
      </w:pPr>
      <w:r>
        <w:lastRenderedPageBreak/>
        <w:t>Monitoring &amp; Reporting</w:t>
      </w:r>
    </w:p>
    <w:p w14:paraId="662BC850" w14:textId="77777777" w:rsidR="00A973E5" w:rsidRDefault="008D5F13">
      <w:pPr>
        <w:pStyle w:val="ListBullet"/>
      </w:pPr>
      <w:r>
        <w:t>Collect field data accurately and honestly.</w:t>
      </w:r>
    </w:p>
    <w:p w14:paraId="38B095FB" w14:textId="6C4A75F3" w:rsidR="00A973E5" w:rsidRDefault="008D5F13">
      <w:pPr>
        <w:pStyle w:val="ListBullet"/>
      </w:pPr>
      <w:r>
        <w:t>Monitor project progress.</w:t>
      </w:r>
    </w:p>
    <w:p w14:paraId="69768DC1" w14:textId="70ACEFFC" w:rsidR="00A973E5" w:rsidRDefault="008D5F13">
      <w:pPr>
        <w:pStyle w:val="ListBullet"/>
      </w:pPr>
      <w:r>
        <w:t xml:space="preserve">Complete field reports, </w:t>
      </w:r>
      <w:r w:rsidR="006D4A29">
        <w:t>r</w:t>
      </w:r>
      <w:r>
        <w:t>ecords, and activity summaries</w:t>
      </w:r>
      <w:r w:rsidR="006D4A29">
        <w:t>, in a timely manner</w:t>
      </w:r>
      <w:r>
        <w:t>.</w:t>
      </w:r>
    </w:p>
    <w:p w14:paraId="04292193" w14:textId="77777777" w:rsidR="00A973E5" w:rsidRDefault="008D5F13">
      <w:pPr>
        <w:pStyle w:val="ListBullet"/>
      </w:pPr>
      <w:r>
        <w:t>Report challenges, successes, and recommendations to supervisors.</w:t>
      </w:r>
    </w:p>
    <w:p w14:paraId="38F9AC91" w14:textId="70E238A1" w:rsidR="00A973E5" w:rsidRDefault="008D5F13">
      <w:pPr>
        <w:pStyle w:val="ListBullet"/>
      </w:pPr>
      <w:r>
        <w:t xml:space="preserve">Assist with surveys, assessments, </w:t>
      </w:r>
      <w:r w:rsidR="00DE20EC">
        <w:t xml:space="preserve">and </w:t>
      </w:r>
      <w:r>
        <w:t>evaluation</w:t>
      </w:r>
      <w:r w:rsidR="00610653">
        <w:t xml:space="preserve"> reports</w:t>
      </w:r>
      <w:r>
        <w:t>.</w:t>
      </w:r>
    </w:p>
    <w:p w14:paraId="5D5DF7F0" w14:textId="49A393E8" w:rsidR="00A973E5" w:rsidRDefault="008244B2">
      <w:pPr>
        <w:pStyle w:val="Heading2"/>
      </w:pPr>
      <w:r>
        <w:t xml:space="preserve">Client </w:t>
      </w:r>
      <w:r w:rsidR="00A25823">
        <w:t xml:space="preserve">Communication </w:t>
      </w:r>
    </w:p>
    <w:p w14:paraId="78FD940A" w14:textId="786A739A" w:rsidR="00A973E5" w:rsidRDefault="008D5F13">
      <w:pPr>
        <w:pStyle w:val="ListBullet"/>
      </w:pPr>
      <w:r>
        <w:t xml:space="preserve">Assist </w:t>
      </w:r>
      <w:r w:rsidR="00FA68EF">
        <w:t xml:space="preserve">Director of Field Operations with compiling answers to client questions and </w:t>
      </w:r>
      <w:r w:rsidR="00B30C04">
        <w:t xml:space="preserve">assembling </w:t>
      </w:r>
      <w:r w:rsidR="00FA68EF">
        <w:t xml:space="preserve">regular progress reports </w:t>
      </w:r>
      <w:r w:rsidR="00B30C04">
        <w:t xml:space="preserve">for </w:t>
      </w:r>
      <w:r w:rsidR="00CA6E94">
        <w:t>clients</w:t>
      </w:r>
      <w:r w:rsidR="00FA68EF">
        <w:t xml:space="preserve">. Communication </w:t>
      </w:r>
      <w:r w:rsidR="00B30C04">
        <w:t xml:space="preserve">and contact </w:t>
      </w:r>
      <w:r w:rsidR="00FA68EF">
        <w:t xml:space="preserve">with Clients should only be made directly </w:t>
      </w:r>
      <w:r w:rsidR="00B30C04">
        <w:t xml:space="preserve">by </w:t>
      </w:r>
      <w:r w:rsidR="00FA68EF">
        <w:t>the Director of Field Operations</w:t>
      </w:r>
      <w:r w:rsidR="00B30C04">
        <w:t xml:space="preserve"> or</w:t>
      </w:r>
      <w:r w:rsidR="008244B2">
        <w:t xml:space="preserve"> MAMA leadership</w:t>
      </w:r>
      <w:r w:rsidR="00FA68EF">
        <w:t>.</w:t>
      </w:r>
    </w:p>
    <w:p w14:paraId="6733D54D" w14:textId="780EA439" w:rsidR="00A973E5" w:rsidRDefault="008D5F13" w:rsidP="00A25823">
      <w:pPr>
        <w:pStyle w:val="ListBullet"/>
      </w:pPr>
      <w:r>
        <w:t>Ensure fair</w:t>
      </w:r>
      <w:r w:rsidR="00A25823">
        <w:t xml:space="preserve">, honest, </w:t>
      </w:r>
      <w:r>
        <w:t xml:space="preserve">and respectful treatment of all </w:t>
      </w:r>
      <w:r w:rsidR="00CA6E94">
        <w:t>clients</w:t>
      </w:r>
      <w:r w:rsidR="007A56F9">
        <w:t xml:space="preserve">, contractors, </w:t>
      </w:r>
      <w:r w:rsidR="00CA6E94">
        <w:t xml:space="preserve">and </w:t>
      </w:r>
      <w:r w:rsidR="00610653">
        <w:t>community members</w:t>
      </w:r>
      <w:r>
        <w:t>.</w:t>
      </w:r>
    </w:p>
    <w:p w14:paraId="4CB802AD" w14:textId="77777777" w:rsidR="00A973E5" w:rsidRDefault="008D5F13">
      <w:pPr>
        <w:pStyle w:val="Heading2"/>
      </w:pPr>
      <w:r>
        <w:t>Logistics Support</w:t>
      </w:r>
    </w:p>
    <w:p w14:paraId="4A4B8CD3" w14:textId="77777777" w:rsidR="00A973E5" w:rsidRDefault="008D5F13">
      <w:pPr>
        <w:pStyle w:val="ListBullet"/>
      </w:pPr>
      <w:r>
        <w:t>Assist with transporting and distributing supplies.</w:t>
      </w:r>
    </w:p>
    <w:p w14:paraId="4F665CA8" w14:textId="0A3424DB" w:rsidR="00A973E5" w:rsidRDefault="008D5F13">
      <w:pPr>
        <w:pStyle w:val="ListBullet"/>
      </w:pPr>
      <w:r>
        <w:t xml:space="preserve">Help organize field equipment before </w:t>
      </w:r>
      <w:r w:rsidR="00CA6E94">
        <w:t xml:space="preserve">field and </w:t>
      </w:r>
      <w:r>
        <w:t>community visits.</w:t>
      </w:r>
    </w:p>
    <w:p w14:paraId="24FD895A" w14:textId="33CDBCE3" w:rsidR="00A973E5" w:rsidRDefault="008D5F13">
      <w:pPr>
        <w:pStyle w:val="ListBullet"/>
      </w:pPr>
      <w:r>
        <w:t xml:space="preserve">Coordinate with </w:t>
      </w:r>
      <w:r w:rsidR="00CA6E94">
        <w:t xml:space="preserve">Director of Field Operations, </w:t>
      </w:r>
      <w:r>
        <w:t>Drivers, Operations Assistants, and other staff.</w:t>
      </w:r>
    </w:p>
    <w:p w14:paraId="2D8AFFE3" w14:textId="77777777" w:rsidR="00A973E5" w:rsidRDefault="008D5F13">
      <w:pPr>
        <w:pStyle w:val="ListBullet"/>
      </w:pPr>
      <w:r>
        <w:t>Support visiting staff, volunteers, and international partners during field activities.</w:t>
      </w:r>
    </w:p>
    <w:p w14:paraId="4887782A" w14:textId="77777777" w:rsidR="00A973E5" w:rsidRDefault="008D5F13">
      <w:pPr>
        <w:pStyle w:val="Heading2"/>
      </w:pPr>
      <w:r>
        <w:t>Safeguarding &amp; Compliance</w:t>
      </w:r>
    </w:p>
    <w:p w14:paraId="1019AECA" w14:textId="77777777" w:rsidR="00A973E5" w:rsidRDefault="008D5F13">
      <w:pPr>
        <w:pStyle w:val="ListBullet"/>
      </w:pPr>
      <w:r>
        <w:t>Promote safeguarding and child protection policies.</w:t>
      </w:r>
    </w:p>
    <w:p w14:paraId="44533275" w14:textId="77777777" w:rsidR="00A973E5" w:rsidRDefault="008D5F13">
      <w:pPr>
        <w:pStyle w:val="ListBullet"/>
      </w:pPr>
      <w:r>
        <w:t>Follow organizational code of conduct.</w:t>
      </w:r>
    </w:p>
    <w:p w14:paraId="63C5B335" w14:textId="24CA3FA3" w:rsidR="000366FB" w:rsidRDefault="000366FB" w:rsidP="000366FB">
      <w:pPr>
        <w:pStyle w:val="ListBullet"/>
      </w:pPr>
      <w:r>
        <w:t xml:space="preserve">Maintain confidentiality regarding client and </w:t>
      </w:r>
      <w:r w:rsidR="005E525C">
        <w:t>company</w:t>
      </w:r>
      <w:r>
        <w:t xml:space="preserve"> information.</w:t>
      </w:r>
    </w:p>
    <w:p w14:paraId="46C37963" w14:textId="53461898" w:rsidR="00A973E5" w:rsidRDefault="008D5F13">
      <w:pPr>
        <w:pStyle w:val="ListBullet"/>
      </w:pPr>
      <w:r>
        <w:t xml:space="preserve">Ensure activities comply with </w:t>
      </w:r>
      <w:r w:rsidR="005E525C">
        <w:t xml:space="preserve">company </w:t>
      </w:r>
      <w:r>
        <w:t>procedures</w:t>
      </w:r>
      <w:r w:rsidR="00BF1972">
        <w:t xml:space="preserve"> and standards, including respectful treatment of individuals and cultural traditions.</w:t>
      </w:r>
    </w:p>
    <w:p w14:paraId="54149E5C" w14:textId="77777777" w:rsidR="00A973E5" w:rsidRDefault="008D5F13">
      <w:pPr>
        <w:pStyle w:val="ListBullet"/>
      </w:pPr>
      <w:r>
        <w:t>Report safeguarding concerns immediately.</w:t>
      </w:r>
    </w:p>
    <w:p w14:paraId="07C07606" w14:textId="6634090B" w:rsidR="00A973E5" w:rsidRDefault="008D5F13">
      <w:pPr>
        <w:pStyle w:val="Heading2"/>
      </w:pPr>
      <w:r>
        <w:t>Community Education</w:t>
      </w:r>
      <w:r w:rsidR="00CA6E94">
        <w:t xml:space="preserve"> during Site Visits</w:t>
      </w:r>
    </w:p>
    <w:p w14:paraId="7D7C722F" w14:textId="1FAB9D3C" w:rsidR="00A973E5" w:rsidRDefault="008D5F13">
      <w:pPr>
        <w:pStyle w:val="ListBullet"/>
      </w:pPr>
      <w:r>
        <w:t xml:space="preserve">Provide education and awareness </w:t>
      </w:r>
      <w:r w:rsidR="00C70FD2">
        <w:t xml:space="preserve">training </w:t>
      </w:r>
      <w:r>
        <w:t>when appropriate.</w:t>
      </w:r>
    </w:p>
    <w:p w14:paraId="2A356325" w14:textId="7FE10144" w:rsidR="00A973E5" w:rsidRDefault="008D5F13">
      <w:pPr>
        <w:pStyle w:val="ListBullet"/>
      </w:pPr>
      <w:r>
        <w:t>Assist with demonstrations involving water filters, hygiene, nutrition, agriculture, environmental conservation, or other project activities</w:t>
      </w:r>
      <w:r w:rsidR="00CA6E94">
        <w:t xml:space="preserve"> supported by </w:t>
      </w:r>
      <w:r w:rsidR="006B2952">
        <w:t xml:space="preserve">clients and </w:t>
      </w:r>
      <w:r w:rsidR="00CA6E94">
        <w:t>donors</w:t>
      </w:r>
      <w:r>
        <w:t>.</w:t>
      </w:r>
    </w:p>
    <w:p w14:paraId="5D2955D6" w14:textId="77777777" w:rsidR="00A973E5" w:rsidRDefault="008D5F13">
      <w:pPr>
        <w:pStyle w:val="ListBullet"/>
      </w:pPr>
      <w:r>
        <w:t>Encourage healthy practices and community participation.</w:t>
      </w:r>
    </w:p>
    <w:p w14:paraId="15CED2F4" w14:textId="77777777" w:rsidR="00A973E5" w:rsidRDefault="008D5F13">
      <w:pPr>
        <w:pStyle w:val="Heading2"/>
      </w:pPr>
      <w:r>
        <w:t>Safety</w:t>
      </w:r>
    </w:p>
    <w:p w14:paraId="3A7F96CF" w14:textId="77777777" w:rsidR="00A973E5" w:rsidRDefault="008D5F13">
      <w:pPr>
        <w:pStyle w:val="ListBullet"/>
      </w:pPr>
      <w:r>
        <w:t>Follow all workplace safety procedures.</w:t>
      </w:r>
    </w:p>
    <w:p w14:paraId="4BC95791" w14:textId="77777777" w:rsidR="00A973E5" w:rsidRDefault="008D5F13">
      <w:pPr>
        <w:pStyle w:val="ListBullet"/>
      </w:pPr>
      <w:r>
        <w:t>Maintain awareness of field security conditions.</w:t>
      </w:r>
    </w:p>
    <w:p w14:paraId="063143C0" w14:textId="77777777" w:rsidR="00A973E5" w:rsidRDefault="008D5F13">
      <w:pPr>
        <w:pStyle w:val="ListBullet"/>
      </w:pPr>
      <w:r>
        <w:t>Report hazards and incidents immediately.</w:t>
      </w:r>
    </w:p>
    <w:p w14:paraId="2B00C9B5" w14:textId="77777777" w:rsidR="00A973E5" w:rsidRDefault="008D5F13">
      <w:pPr>
        <w:pStyle w:val="ListBullet"/>
      </w:pPr>
      <w:r>
        <w:t>Assist with emergency response when required.</w:t>
      </w:r>
    </w:p>
    <w:p w14:paraId="386581FC" w14:textId="77777777" w:rsidR="00A7201A" w:rsidRDefault="00A7201A" w:rsidP="00A7201A">
      <w:pPr>
        <w:pStyle w:val="Heading2"/>
      </w:pPr>
      <w:r>
        <w:t>Field Support</w:t>
      </w:r>
    </w:p>
    <w:p w14:paraId="2938658F" w14:textId="77777777" w:rsidR="00A7201A" w:rsidRDefault="00A7201A" w:rsidP="00A7201A">
      <w:pPr>
        <w:pStyle w:val="ListBullet"/>
      </w:pPr>
      <w:r>
        <w:t>Load and unload project vehicles.</w:t>
      </w:r>
    </w:p>
    <w:p w14:paraId="739CDD96" w14:textId="77777777" w:rsidR="00A7201A" w:rsidRPr="00857E1F" w:rsidRDefault="00A7201A" w:rsidP="00A7201A">
      <w:pPr>
        <w:pStyle w:val="ListBullet"/>
      </w:pPr>
      <w:r w:rsidRPr="00857E1F">
        <w:t>Assist field teams with transporting and organizing project materials.</w:t>
      </w:r>
    </w:p>
    <w:p w14:paraId="63EDBE00" w14:textId="77777777" w:rsidR="00A7201A" w:rsidRPr="00857E1F" w:rsidRDefault="00A7201A" w:rsidP="00A7201A">
      <w:pPr>
        <w:pStyle w:val="ListBullet"/>
      </w:pPr>
      <w:r w:rsidRPr="00857E1F">
        <w:lastRenderedPageBreak/>
        <w:t xml:space="preserve">Help with assembly and distribution of supplies </w:t>
      </w:r>
      <w:r>
        <w:t>for</w:t>
      </w:r>
      <w:r w:rsidRPr="00857E1F">
        <w:t xml:space="preserve"> field work or community outreach activities.</w:t>
      </w:r>
    </w:p>
    <w:p w14:paraId="329EDF3E" w14:textId="77777777" w:rsidR="00A7201A" w:rsidRDefault="00A7201A" w:rsidP="00A7201A">
      <w:pPr>
        <w:pStyle w:val="ListBullet"/>
      </w:pPr>
      <w:r>
        <w:t>Support staff during field events and community programs.</w:t>
      </w:r>
    </w:p>
    <w:p w14:paraId="5846FDFE" w14:textId="77777777" w:rsidR="00A973E5" w:rsidRDefault="008D5F13">
      <w:pPr>
        <w:pStyle w:val="Heading2"/>
      </w:pPr>
      <w:r>
        <w:t>Required Qualifications</w:t>
      </w:r>
    </w:p>
    <w:p w14:paraId="368ADFED" w14:textId="0BFC6B41" w:rsidR="00A973E5" w:rsidRDefault="006B2952">
      <w:pPr>
        <w:pStyle w:val="ListBullet"/>
      </w:pPr>
      <w:r>
        <w:t>Completion of secondary school education.</w:t>
      </w:r>
    </w:p>
    <w:p w14:paraId="4D2D2391" w14:textId="34D4D0ED" w:rsidR="00CA6E94" w:rsidRDefault="00CA6E94" w:rsidP="00CA6E94">
      <w:pPr>
        <w:pStyle w:val="ListBullet"/>
      </w:pPr>
      <w:r>
        <w:t>Previous NGO</w:t>
      </w:r>
      <w:r w:rsidR="00E9503C">
        <w:t xml:space="preserve">/nonprofit </w:t>
      </w:r>
      <w:r>
        <w:t>or community development/outreach experience.</w:t>
      </w:r>
    </w:p>
    <w:p w14:paraId="59D1695B" w14:textId="1C81DCF5" w:rsidR="00737D8E" w:rsidRDefault="00737D8E" w:rsidP="00737D8E">
      <w:pPr>
        <w:pStyle w:val="ListBullet"/>
      </w:pPr>
      <w:r>
        <w:t>Experience conducting community training or outreach activities.</w:t>
      </w:r>
    </w:p>
    <w:p w14:paraId="635C72F2" w14:textId="67BCE487" w:rsidR="00A973E5" w:rsidRDefault="008D5F13">
      <w:pPr>
        <w:pStyle w:val="ListBullet"/>
      </w:pPr>
      <w:r>
        <w:t>Ability to read and write Kiswahili</w:t>
      </w:r>
      <w:r w:rsidR="00CA6E94">
        <w:t xml:space="preserve"> and Maa.</w:t>
      </w:r>
    </w:p>
    <w:p w14:paraId="6CB295D6" w14:textId="77777777" w:rsidR="00A973E5" w:rsidRDefault="008D5F13">
      <w:pPr>
        <w:pStyle w:val="ListBullet"/>
      </w:pPr>
      <w:r>
        <w:t>Good English communication skills.</w:t>
      </w:r>
    </w:p>
    <w:p w14:paraId="1A2B3079" w14:textId="77777777" w:rsidR="00A973E5" w:rsidRDefault="008D5F13">
      <w:pPr>
        <w:pStyle w:val="ListBullet"/>
      </w:pPr>
      <w:r>
        <w:t>Strong interpersonal skills.</w:t>
      </w:r>
    </w:p>
    <w:p w14:paraId="1C9FE30F" w14:textId="77777777" w:rsidR="00E9503C" w:rsidRDefault="008D5F13" w:rsidP="00E9503C">
      <w:pPr>
        <w:pStyle w:val="ListBullet"/>
      </w:pPr>
      <w:r>
        <w:t>Ability to prepare written reports.</w:t>
      </w:r>
    </w:p>
    <w:p w14:paraId="31B5CE72" w14:textId="0A0921DB" w:rsidR="00CA6E94" w:rsidRDefault="00E9503C" w:rsidP="00CA6E94">
      <w:pPr>
        <w:pStyle w:val="Heading2"/>
      </w:pPr>
      <w:r>
        <w:t>Preferred Qualifications</w:t>
      </w:r>
    </w:p>
    <w:p w14:paraId="26BDA94F" w14:textId="1D56EA38" w:rsidR="00CA6E94" w:rsidRDefault="00CA6E94" w:rsidP="00CA6E94">
      <w:pPr>
        <w:pStyle w:val="ListBullet"/>
      </w:pPr>
      <w:r>
        <w:t>Certificate, diploma, or equivalent training in community development, public health, agriculture, education, social work, environment, hospitality or a related field.</w:t>
      </w:r>
    </w:p>
    <w:p w14:paraId="1B52E5DF" w14:textId="77777777" w:rsidR="00A973E5" w:rsidRDefault="008D5F13">
      <w:pPr>
        <w:pStyle w:val="ListBullet"/>
      </w:pPr>
      <w:r>
        <w:t>Experience working with rural communities.</w:t>
      </w:r>
    </w:p>
    <w:p w14:paraId="6D55EBB7" w14:textId="547AEC73" w:rsidR="00ED207E" w:rsidRDefault="00ED207E">
      <w:pPr>
        <w:pStyle w:val="ListBullet"/>
      </w:pPr>
      <w:r>
        <w:t>Good English writing skills.</w:t>
      </w:r>
    </w:p>
    <w:p w14:paraId="67DE5D72" w14:textId="24320157" w:rsidR="00CA6E94" w:rsidRDefault="00CA6E94" w:rsidP="00CA6E94">
      <w:pPr>
        <w:pStyle w:val="ListBullet"/>
      </w:pPr>
      <w:r>
        <w:t>Basic computer skills</w:t>
      </w:r>
      <w:r w:rsidR="001506DE">
        <w:t>.</w:t>
      </w:r>
    </w:p>
    <w:p w14:paraId="56496298" w14:textId="77777777" w:rsidR="00A973E5" w:rsidRDefault="008D5F13">
      <w:pPr>
        <w:pStyle w:val="ListBullet"/>
      </w:pPr>
      <w:r>
        <w:t>First Aid certification.</w:t>
      </w:r>
    </w:p>
    <w:p w14:paraId="58583F1A" w14:textId="3555A273" w:rsidR="00A973E5" w:rsidRDefault="008D5F13">
      <w:pPr>
        <w:pStyle w:val="ListBullet"/>
      </w:pPr>
      <w:r>
        <w:t>Valid Kenyan driver's license</w:t>
      </w:r>
      <w:r w:rsidR="0002355B">
        <w:t>.</w:t>
      </w:r>
    </w:p>
    <w:p w14:paraId="74C054BE" w14:textId="77777777" w:rsidR="00A973E5" w:rsidRDefault="008D5F13">
      <w:pPr>
        <w:pStyle w:val="Heading2"/>
      </w:pPr>
      <w:r>
        <w:t>Personal Qualities</w:t>
      </w:r>
    </w:p>
    <w:p w14:paraId="118005D8" w14:textId="77777777" w:rsidR="00A973E5" w:rsidRDefault="008D5F13">
      <w:pPr>
        <w:pStyle w:val="ListBullet"/>
      </w:pPr>
      <w:r>
        <w:t>Honest and trustworthy.</w:t>
      </w:r>
    </w:p>
    <w:p w14:paraId="776CFD04" w14:textId="77777777" w:rsidR="00A973E5" w:rsidRDefault="008D5F13">
      <w:pPr>
        <w:pStyle w:val="ListBullet"/>
      </w:pPr>
      <w:r>
        <w:t>Compassionate and respectful.</w:t>
      </w:r>
    </w:p>
    <w:p w14:paraId="2B338295" w14:textId="77777777" w:rsidR="00A973E5" w:rsidRDefault="008D5F13">
      <w:pPr>
        <w:pStyle w:val="ListBullet"/>
      </w:pPr>
      <w:r>
        <w:t>Strong communication skills.</w:t>
      </w:r>
    </w:p>
    <w:p w14:paraId="722558FB" w14:textId="1BA97048" w:rsidR="00A973E5" w:rsidRDefault="008D5F13">
      <w:pPr>
        <w:pStyle w:val="ListBullet"/>
      </w:pPr>
      <w:r>
        <w:t>Self-motivated</w:t>
      </w:r>
    </w:p>
    <w:p w14:paraId="1DD380A2" w14:textId="77777777" w:rsidR="00A973E5" w:rsidRDefault="008D5F13">
      <w:pPr>
        <w:pStyle w:val="ListBullet"/>
      </w:pPr>
      <w:r>
        <w:t>Organized.</w:t>
      </w:r>
    </w:p>
    <w:p w14:paraId="55FA8C9C" w14:textId="77777777" w:rsidR="00A973E5" w:rsidRDefault="008D5F13">
      <w:pPr>
        <w:pStyle w:val="ListBullet"/>
      </w:pPr>
      <w:r>
        <w:t>Flexible and adaptable.</w:t>
      </w:r>
    </w:p>
    <w:p w14:paraId="47978A26" w14:textId="76A7F087" w:rsidR="00A973E5" w:rsidRDefault="008D5F13" w:rsidP="00F45E58">
      <w:pPr>
        <w:pStyle w:val="ListBullet"/>
      </w:pPr>
      <w:r>
        <w:t>Team-oriented.</w:t>
      </w:r>
    </w:p>
    <w:p w14:paraId="1B9BB0B8" w14:textId="77777777" w:rsidR="00A973E5" w:rsidRDefault="008D5F13">
      <w:pPr>
        <w:pStyle w:val="ListBullet"/>
      </w:pPr>
      <w:r>
        <w:t>Excellent problem-solving abilities.</w:t>
      </w:r>
    </w:p>
    <w:p w14:paraId="3ED73F50" w14:textId="77777777" w:rsidR="00A973E5" w:rsidRDefault="008D5F13">
      <w:pPr>
        <w:pStyle w:val="ListBullet"/>
      </w:pPr>
      <w:r>
        <w:t>Strong commitment to community service.</w:t>
      </w:r>
    </w:p>
    <w:p w14:paraId="62A4A9F1" w14:textId="77777777" w:rsidR="00A973E5" w:rsidRDefault="008D5F13">
      <w:pPr>
        <w:pStyle w:val="Heading2"/>
      </w:pPr>
      <w:r>
        <w:t>Physical Requirements</w:t>
      </w:r>
    </w:p>
    <w:p w14:paraId="62186022" w14:textId="77777777" w:rsidR="00A973E5" w:rsidRDefault="008D5F13">
      <w:pPr>
        <w:pStyle w:val="ListBullet"/>
      </w:pPr>
      <w:r>
        <w:t>Ability to travel frequently throughout remote rural communities.</w:t>
      </w:r>
    </w:p>
    <w:p w14:paraId="5C2CF388" w14:textId="6BEDEA12" w:rsidR="00A973E5" w:rsidRDefault="008D5F13">
      <w:pPr>
        <w:pStyle w:val="ListBullet"/>
      </w:pPr>
      <w:r>
        <w:t xml:space="preserve">Ability to walk long distances </w:t>
      </w:r>
      <w:r w:rsidR="00FE531F">
        <w:t xml:space="preserve">and work outdoors in </w:t>
      </w:r>
      <w:proofErr w:type="gramStart"/>
      <w:r w:rsidR="00FE531F">
        <w:t>varying</w:t>
      </w:r>
      <w:proofErr w:type="gramEnd"/>
      <w:r w:rsidR="00FE531F">
        <w:t xml:space="preserve"> weather conditions. </w:t>
      </w:r>
    </w:p>
    <w:p w14:paraId="4428D3B1" w14:textId="561E1F95" w:rsidR="00A973E5" w:rsidRDefault="008D5F13">
      <w:pPr>
        <w:pStyle w:val="ListBullet"/>
      </w:pPr>
      <w:r>
        <w:t xml:space="preserve">Ability to occasionally lift and carry supplies weighing up to approximately </w:t>
      </w:r>
      <w:r w:rsidR="00E35089">
        <w:t>32</w:t>
      </w:r>
      <w:r>
        <w:t xml:space="preserve"> kg.</w:t>
      </w:r>
    </w:p>
    <w:p w14:paraId="6D4E08C9" w14:textId="77777777" w:rsidR="00A973E5" w:rsidRDefault="008D5F13">
      <w:pPr>
        <w:pStyle w:val="ListBullet"/>
      </w:pPr>
      <w:r>
        <w:t>Willingness to work flexible hours based on community activities.</w:t>
      </w:r>
    </w:p>
    <w:p w14:paraId="46C789AB" w14:textId="77777777" w:rsidR="00A913E6" w:rsidRDefault="00A913E6" w:rsidP="00A913E6">
      <w:pPr>
        <w:pStyle w:val="ListBullet"/>
      </w:pPr>
      <w:r>
        <w:t>Extensive travel throughout Narok County and surrounding project areas.</w:t>
      </w:r>
    </w:p>
    <w:p w14:paraId="7EA8E7F9" w14:textId="535F3C04" w:rsidR="00CE1E62" w:rsidRPr="00B42A99" w:rsidRDefault="00A913E6" w:rsidP="00B42A99">
      <w:pPr>
        <w:pStyle w:val="ListBullet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t xml:space="preserve">Occasional </w:t>
      </w:r>
      <w:proofErr w:type="gramStart"/>
      <w:r>
        <w:t>evening</w:t>
      </w:r>
      <w:proofErr w:type="gramEnd"/>
      <w:r>
        <w:t xml:space="preserve">, </w:t>
      </w:r>
      <w:proofErr w:type="gramStart"/>
      <w:r>
        <w:t>weekend</w:t>
      </w:r>
      <w:proofErr w:type="gramEnd"/>
      <w:r>
        <w:t>, and holiday work may be required.</w:t>
      </w:r>
    </w:p>
    <w:p w14:paraId="65B3FEE7" w14:textId="554CCEDD" w:rsidR="00A973E5" w:rsidRDefault="008D5F13">
      <w:pPr>
        <w:pStyle w:val="Heading2"/>
      </w:pPr>
      <w:r>
        <w:t>Employment Conditions</w:t>
      </w:r>
    </w:p>
    <w:p w14:paraId="4546D5BC" w14:textId="77777777" w:rsidR="00A973E5" w:rsidRDefault="008D5F13">
      <w:pPr>
        <w:pStyle w:val="ListBullet"/>
      </w:pPr>
      <w:r>
        <w:t>Full-time position.</w:t>
      </w:r>
    </w:p>
    <w:p w14:paraId="1318C147" w14:textId="77777777" w:rsidR="00A973E5" w:rsidRDefault="008D5F13">
      <w:pPr>
        <w:pStyle w:val="ListBullet"/>
      </w:pPr>
      <w:r>
        <w:t>Subject to reference checks.</w:t>
      </w:r>
    </w:p>
    <w:p w14:paraId="37BB7E29" w14:textId="77777777" w:rsidR="00A973E5" w:rsidRDefault="008D5F13">
      <w:pPr>
        <w:pStyle w:val="ListBullet"/>
      </w:pPr>
      <w:r>
        <w:t>Must comply with all MAMA Project Solutions policies, safeguarding standards, workplace safety requirements, and code of conduct.</w:t>
      </w:r>
    </w:p>
    <w:sectPr w:rsidR="00A973E5" w:rsidSect="00F45E58">
      <w:pgSz w:w="12240" w:h="15840"/>
      <w:pgMar w:top="864" w:right="1800" w:bottom="86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7667808">
    <w:abstractNumId w:val="8"/>
  </w:num>
  <w:num w:numId="2" w16cid:durableId="1846044982">
    <w:abstractNumId w:val="6"/>
  </w:num>
  <w:num w:numId="3" w16cid:durableId="603344103">
    <w:abstractNumId w:val="5"/>
  </w:num>
  <w:num w:numId="4" w16cid:durableId="1278370701">
    <w:abstractNumId w:val="4"/>
  </w:num>
  <w:num w:numId="5" w16cid:durableId="1558324282">
    <w:abstractNumId w:val="7"/>
  </w:num>
  <w:num w:numId="6" w16cid:durableId="355614907">
    <w:abstractNumId w:val="3"/>
  </w:num>
  <w:num w:numId="7" w16cid:durableId="1402369638">
    <w:abstractNumId w:val="2"/>
  </w:num>
  <w:num w:numId="8" w16cid:durableId="1230311412">
    <w:abstractNumId w:val="1"/>
  </w:num>
  <w:num w:numId="9" w16cid:durableId="1705330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355B"/>
    <w:rsid w:val="00034616"/>
    <w:rsid w:val="000366FB"/>
    <w:rsid w:val="00036D4F"/>
    <w:rsid w:val="0006063C"/>
    <w:rsid w:val="001506DE"/>
    <w:rsid w:val="0015074B"/>
    <w:rsid w:val="001926B9"/>
    <w:rsid w:val="001F1426"/>
    <w:rsid w:val="00213A33"/>
    <w:rsid w:val="0029639D"/>
    <w:rsid w:val="00326F90"/>
    <w:rsid w:val="00402545"/>
    <w:rsid w:val="00453F86"/>
    <w:rsid w:val="00461E90"/>
    <w:rsid w:val="00485355"/>
    <w:rsid w:val="004A3DB3"/>
    <w:rsid w:val="005B07A5"/>
    <w:rsid w:val="005B1C58"/>
    <w:rsid w:val="005B5DDF"/>
    <w:rsid w:val="005E525C"/>
    <w:rsid w:val="00610653"/>
    <w:rsid w:val="00611877"/>
    <w:rsid w:val="00663036"/>
    <w:rsid w:val="00665044"/>
    <w:rsid w:val="006869E6"/>
    <w:rsid w:val="006B2952"/>
    <w:rsid w:val="006D4A29"/>
    <w:rsid w:val="00701598"/>
    <w:rsid w:val="0071507F"/>
    <w:rsid w:val="00726821"/>
    <w:rsid w:val="00737D8E"/>
    <w:rsid w:val="0074533D"/>
    <w:rsid w:val="007A56F9"/>
    <w:rsid w:val="00811DAE"/>
    <w:rsid w:val="008241DA"/>
    <w:rsid w:val="008244B2"/>
    <w:rsid w:val="009D6629"/>
    <w:rsid w:val="00A25823"/>
    <w:rsid w:val="00A7201A"/>
    <w:rsid w:val="00A913E6"/>
    <w:rsid w:val="00A973E5"/>
    <w:rsid w:val="00AA1D8D"/>
    <w:rsid w:val="00B30C04"/>
    <w:rsid w:val="00B42A99"/>
    <w:rsid w:val="00B46BA4"/>
    <w:rsid w:val="00B47730"/>
    <w:rsid w:val="00BF1972"/>
    <w:rsid w:val="00C00562"/>
    <w:rsid w:val="00C70FD2"/>
    <w:rsid w:val="00C71F0C"/>
    <w:rsid w:val="00CA6E94"/>
    <w:rsid w:val="00CB0664"/>
    <w:rsid w:val="00CE1E62"/>
    <w:rsid w:val="00DE20EC"/>
    <w:rsid w:val="00E35089"/>
    <w:rsid w:val="00E66CC1"/>
    <w:rsid w:val="00E9503C"/>
    <w:rsid w:val="00ED207E"/>
    <w:rsid w:val="00F45E58"/>
    <w:rsid w:val="00F75AF6"/>
    <w:rsid w:val="00FA68EF"/>
    <w:rsid w:val="00FC693F"/>
    <w:rsid w:val="00FE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350ABD"/>
  <w14:defaultImageDpi w14:val="300"/>
  <w15:docId w15:val="{5B106A49-3BF5-4A88-8555-74D0F758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5219</Characters>
  <Application>Microsoft Office Word</Application>
  <DocSecurity>0</DocSecurity>
  <Lines>118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Julia Christensen</cp:lastModifiedBy>
  <cp:revision>2</cp:revision>
  <dcterms:created xsi:type="dcterms:W3CDTF">2026-08-01T15:10:00Z</dcterms:created>
  <dcterms:modified xsi:type="dcterms:W3CDTF">2026-08-01T15:10:00Z</dcterms:modified>
  <cp:category/>
</cp:coreProperties>
</file>