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EF983" w14:textId="31C0E171" w:rsidR="003B4FC6" w:rsidRDefault="00CC1D36" w:rsidP="00CC1D36">
      <w:pPr>
        <w:pStyle w:val="Heading1"/>
        <w:jc w:val="center"/>
      </w:pPr>
      <w:r>
        <w:t>Job Description: HEAD OF SECURITY</w:t>
      </w:r>
      <w:r>
        <w:br/>
        <w:t>MAMA Project Solutions Ltd.</w:t>
      </w:r>
    </w:p>
    <w:p w14:paraId="2BB98933" w14:textId="77777777" w:rsidR="00FE799A" w:rsidRPr="00FE799A" w:rsidRDefault="00FE799A" w:rsidP="00FE799A"/>
    <w:p w14:paraId="3586CE1D" w14:textId="0DAACF88" w:rsidR="003B4FC6" w:rsidRDefault="00646AF5">
      <w:r>
        <w:rPr>
          <w:b/>
        </w:rPr>
        <w:t xml:space="preserve">Position Title: </w:t>
      </w:r>
      <w:r>
        <w:t>Head of Security</w:t>
      </w:r>
      <w:r>
        <w:br/>
      </w:r>
      <w:r>
        <w:rPr>
          <w:b/>
        </w:rPr>
        <w:t xml:space="preserve">Reports To: </w:t>
      </w:r>
      <w:r>
        <w:t>Director of Field Operations</w:t>
      </w:r>
      <w:r>
        <w:br/>
      </w:r>
      <w:r>
        <w:rPr>
          <w:b/>
        </w:rPr>
        <w:t xml:space="preserve">Duty Station: </w:t>
      </w:r>
      <w:r w:rsidR="0047050E">
        <w:t>Lemek, N</w:t>
      </w:r>
      <w:r>
        <w:t xml:space="preserve">arok County, Kenya (with travel throughout project areas </w:t>
      </w:r>
      <w:r w:rsidR="00FE799A">
        <w:t xml:space="preserve">in the Masai Mara </w:t>
      </w:r>
      <w:r>
        <w:t>as required)</w:t>
      </w:r>
      <w:r>
        <w:br/>
      </w:r>
    </w:p>
    <w:p w14:paraId="0F9DF8DE" w14:textId="77777777" w:rsidR="003B4FC6" w:rsidRDefault="00646AF5">
      <w:pPr>
        <w:pStyle w:val="Heading2"/>
      </w:pPr>
      <w:r>
        <w:t>Position Summary</w:t>
      </w:r>
    </w:p>
    <w:p w14:paraId="3A611751" w14:textId="4A585791" w:rsidR="003B4FC6" w:rsidRDefault="00646AF5">
      <w:r>
        <w:t xml:space="preserve">The Head of Security is responsible for planning, implementing, and overseeing all security operations for MAMA Project Solutions Ltd. This position ensures the safety and security of employees, </w:t>
      </w:r>
      <w:r w:rsidR="00542BCD">
        <w:t xml:space="preserve">clients, donors, </w:t>
      </w:r>
      <w:r>
        <w:t xml:space="preserve">volunteers, visitors, beneficiaries, facilities, vehicles, equipment, and </w:t>
      </w:r>
      <w:r w:rsidR="00542BCD">
        <w:t xml:space="preserve">other </w:t>
      </w:r>
      <w:r w:rsidR="00C85D9E">
        <w:t xml:space="preserve">company </w:t>
      </w:r>
      <w:r>
        <w:t xml:space="preserve">assets while supporting </w:t>
      </w:r>
      <w:r w:rsidR="003B0A71">
        <w:t xml:space="preserve">safe </w:t>
      </w:r>
      <w:r>
        <w:t xml:space="preserve">operations </w:t>
      </w:r>
      <w:r w:rsidR="003B0A71">
        <w:t xml:space="preserve">of field activities </w:t>
      </w:r>
      <w:r>
        <w:t>throughout Narok County and other project locations.</w:t>
      </w:r>
    </w:p>
    <w:p w14:paraId="39C860E2" w14:textId="6F4FFDD5" w:rsidR="003B4FC6" w:rsidRDefault="00646AF5">
      <w:r>
        <w:t xml:space="preserve">The Head of Security supervises Security Guards, develops security procedures, </w:t>
      </w:r>
      <w:r w:rsidR="003B0A71">
        <w:t>evaluates r</w:t>
      </w:r>
      <w:r>
        <w:t>isk</w:t>
      </w:r>
      <w:r w:rsidR="003B0A71">
        <w:t xml:space="preserve">s, </w:t>
      </w:r>
      <w:r>
        <w:t xml:space="preserve">coordinates emergency response, and works closely with </w:t>
      </w:r>
      <w:r w:rsidR="003B0A71">
        <w:t xml:space="preserve">the Director of Field Operations and MAMA </w:t>
      </w:r>
      <w:r>
        <w:t>leadership to promote a safe and secure working environment. The position requires strong leadership, integrity, sound judgment, and excellent interpersonal skills.</w:t>
      </w:r>
    </w:p>
    <w:p w14:paraId="57398B80" w14:textId="77777777" w:rsidR="003B4FC6" w:rsidRDefault="00646AF5">
      <w:pPr>
        <w:pStyle w:val="Heading2"/>
      </w:pPr>
      <w:r>
        <w:t>Security Leadership</w:t>
      </w:r>
    </w:p>
    <w:p w14:paraId="55A99FB1" w14:textId="77777777" w:rsidR="003B4FC6" w:rsidRDefault="00646AF5">
      <w:pPr>
        <w:pStyle w:val="ListBullet"/>
      </w:pPr>
      <w:r>
        <w:t>Supervise and support all Security Guards.</w:t>
      </w:r>
    </w:p>
    <w:p w14:paraId="67601C3F" w14:textId="5959DA7E" w:rsidR="003B4FC6" w:rsidRDefault="00646AF5">
      <w:pPr>
        <w:pStyle w:val="ListBullet"/>
      </w:pPr>
      <w:r>
        <w:t>Prepare security duty schedules and shift assignments</w:t>
      </w:r>
      <w:r w:rsidR="00922D48">
        <w:t xml:space="preserve"> in collaboration with the Director of Field Operations</w:t>
      </w:r>
      <w:r>
        <w:t>.</w:t>
      </w:r>
    </w:p>
    <w:p w14:paraId="6D2879A5" w14:textId="77777777" w:rsidR="003B4FC6" w:rsidRDefault="00646AF5">
      <w:pPr>
        <w:pStyle w:val="ListBullet"/>
      </w:pPr>
      <w:r>
        <w:t>Conduct regular performance evaluations and coaching.</w:t>
      </w:r>
    </w:p>
    <w:p w14:paraId="44CFAA33" w14:textId="77777777" w:rsidR="003B4FC6" w:rsidRDefault="00646AF5">
      <w:pPr>
        <w:pStyle w:val="ListBullet"/>
      </w:pPr>
      <w:r>
        <w:t>Ensure security personnel maintain professional standards.</w:t>
      </w:r>
    </w:p>
    <w:p w14:paraId="6DC138B9" w14:textId="148003C0" w:rsidR="003B4FC6" w:rsidRDefault="00646AF5">
      <w:pPr>
        <w:pStyle w:val="ListBullet"/>
      </w:pPr>
      <w:r>
        <w:t xml:space="preserve">Train new security </w:t>
      </w:r>
      <w:proofErr w:type="gramStart"/>
      <w:r>
        <w:t>staff .</w:t>
      </w:r>
      <w:proofErr w:type="gramEnd"/>
    </w:p>
    <w:p w14:paraId="28A9F503" w14:textId="77777777" w:rsidR="003B4FC6" w:rsidRDefault="00646AF5">
      <w:pPr>
        <w:pStyle w:val="Heading2"/>
      </w:pPr>
      <w:r>
        <w:t>Security Operations</w:t>
      </w:r>
    </w:p>
    <w:p w14:paraId="1B294BD5" w14:textId="0881A91E" w:rsidR="003B4FC6" w:rsidRDefault="00646AF5">
      <w:pPr>
        <w:pStyle w:val="ListBullet"/>
      </w:pPr>
      <w:r>
        <w:t>Develop and implement site security plans</w:t>
      </w:r>
      <w:r w:rsidR="005A14E2">
        <w:t xml:space="preserve"> in collaboration with the Director of Field Operations</w:t>
      </w:r>
      <w:r>
        <w:t>.</w:t>
      </w:r>
    </w:p>
    <w:p w14:paraId="1A4EF8C2" w14:textId="6F129E48" w:rsidR="003B4FC6" w:rsidRDefault="00646AF5">
      <w:pPr>
        <w:pStyle w:val="ListBullet"/>
      </w:pPr>
      <w:r>
        <w:t xml:space="preserve">Conduct routine security inspections of office, </w:t>
      </w:r>
      <w:r w:rsidR="002C6E2A">
        <w:t xml:space="preserve">compounds, </w:t>
      </w:r>
      <w:r>
        <w:t xml:space="preserve">residences, </w:t>
      </w:r>
      <w:r w:rsidR="002922BD">
        <w:t xml:space="preserve">land, </w:t>
      </w:r>
      <w:r>
        <w:t>and project sites</w:t>
      </w:r>
      <w:r w:rsidR="002C6E2A">
        <w:t>, as needed.</w:t>
      </w:r>
    </w:p>
    <w:p w14:paraId="62A9DDCD" w14:textId="77777777" w:rsidR="003B4FC6" w:rsidRDefault="00646AF5">
      <w:pPr>
        <w:pStyle w:val="ListBullet"/>
      </w:pPr>
      <w:r>
        <w:t>Oversee visitor access control procedures.</w:t>
      </w:r>
    </w:p>
    <w:p w14:paraId="29AEEB93" w14:textId="77777777" w:rsidR="003B4FC6" w:rsidRDefault="00646AF5">
      <w:pPr>
        <w:pStyle w:val="ListBullet"/>
      </w:pPr>
      <w:r>
        <w:t>Ensure gates, fences, lighting, locks, alarm systems, and other security measures remain effective.</w:t>
      </w:r>
    </w:p>
    <w:p w14:paraId="369021AC" w14:textId="77777777" w:rsidR="003B4FC6" w:rsidRDefault="00646AF5">
      <w:pPr>
        <w:pStyle w:val="ListBullet"/>
      </w:pPr>
      <w:r>
        <w:t>Recommend improvements to physical security when needed.</w:t>
      </w:r>
    </w:p>
    <w:p w14:paraId="526890F6" w14:textId="77777777" w:rsidR="003B4FC6" w:rsidRDefault="00646AF5">
      <w:pPr>
        <w:pStyle w:val="Heading2"/>
      </w:pPr>
      <w:r>
        <w:t>Risk Assessment</w:t>
      </w:r>
    </w:p>
    <w:p w14:paraId="108E002B" w14:textId="77777777" w:rsidR="003B4FC6" w:rsidRDefault="00646AF5">
      <w:pPr>
        <w:pStyle w:val="ListBullet"/>
      </w:pPr>
      <w:r>
        <w:t>Conduct routine security risk assessments.</w:t>
      </w:r>
    </w:p>
    <w:p w14:paraId="32A91A15" w14:textId="77777777" w:rsidR="003B4FC6" w:rsidRDefault="00646AF5">
      <w:pPr>
        <w:pStyle w:val="ListBullet"/>
      </w:pPr>
      <w:r>
        <w:t>Identify threats to staff, visitors, facilities, and field operations.</w:t>
      </w:r>
    </w:p>
    <w:p w14:paraId="1C5A74C4" w14:textId="77777777" w:rsidR="003B4FC6" w:rsidRDefault="00646AF5">
      <w:pPr>
        <w:pStyle w:val="ListBullet"/>
      </w:pPr>
      <w:r>
        <w:t>Monitor local security conditions and provide recommendations to management.</w:t>
      </w:r>
    </w:p>
    <w:p w14:paraId="553E5493" w14:textId="77777777" w:rsidR="003B4FC6" w:rsidRDefault="00646AF5">
      <w:pPr>
        <w:pStyle w:val="ListBullet"/>
      </w:pPr>
      <w:r>
        <w:t>Assist leadership in planning safe travel and field activities.</w:t>
      </w:r>
    </w:p>
    <w:p w14:paraId="533F6F48" w14:textId="77777777" w:rsidR="003B4FC6" w:rsidRDefault="00646AF5">
      <w:pPr>
        <w:pStyle w:val="Heading2"/>
      </w:pPr>
      <w:r>
        <w:lastRenderedPageBreak/>
        <w:t>Incident Management</w:t>
      </w:r>
    </w:p>
    <w:p w14:paraId="439CFBDE" w14:textId="77777777" w:rsidR="003B4FC6" w:rsidRDefault="00646AF5">
      <w:pPr>
        <w:pStyle w:val="ListBullet"/>
      </w:pPr>
      <w:r>
        <w:t>Lead investigations of security incidents.</w:t>
      </w:r>
    </w:p>
    <w:p w14:paraId="78773DE6" w14:textId="38158D38" w:rsidR="003B4FC6" w:rsidRDefault="006832DE">
      <w:pPr>
        <w:pStyle w:val="ListBullet"/>
      </w:pPr>
      <w:r>
        <w:t>Work with Director of Field Operations to prepare detailed written incident reports.</w:t>
      </w:r>
    </w:p>
    <w:p w14:paraId="118EA0FC" w14:textId="77777777" w:rsidR="003B4FC6" w:rsidRDefault="00646AF5">
      <w:pPr>
        <w:pStyle w:val="ListBullet"/>
      </w:pPr>
      <w:r>
        <w:t>Coordinate appropriate responses to theft, vandalism, accidents, disturbances, and emergencies.</w:t>
      </w:r>
    </w:p>
    <w:p w14:paraId="27C2A3E9" w14:textId="77777777" w:rsidR="003B4FC6" w:rsidRDefault="00646AF5">
      <w:pPr>
        <w:pStyle w:val="ListBullet"/>
      </w:pPr>
      <w:r>
        <w:t>Maintain confidential security records.</w:t>
      </w:r>
    </w:p>
    <w:p w14:paraId="7116FC9B" w14:textId="77777777" w:rsidR="003B4FC6" w:rsidRDefault="00646AF5">
      <w:pPr>
        <w:pStyle w:val="Heading2"/>
      </w:pPr>
      <w:r>
        <w:t>Emergency Preparedness</w:t>
      </w:r>
    </w:p>
    <w:p w14:paraId="19E5B3C8" w14:textId="1B25B30D" w:rsidR="003B4FC6" w:rsidRDefault="00646AF5">
      <w:pPr>
        <w:pStyle w:val="ListBullet"/>
      </w:pPr>
      <w:r>
        <w:t>Develop emergency response procedures</w:t>
      </w:r>
      <w:r w:rsidR="006832DE">
        <w:t xml:space="preserve"> in collaboration with the Director of Field Operations and MAMA leadership.</w:t>
      </w:r>
    </w:p>
    <w:p w14:paraId="1C2EC1AC" w14:textId="77777777" w:rsidR="003B4FC6" w:rsidRDefault="00646AF5">
      <w:pPr>
        <w:pStyle w:val="ListBullet"/>
      </w:pPr>
      <w:r>
        <w:t>Coordinate fire safety, evacuation, and emergency drills.</w:t>
      </w:r>
    </w:p>
    <w:p w14:paraId="48C897EF" w14:textId="77777777" w:rsidR="003B4FC6" w:rsidRDefault="00646AF5">
      <w:pPr>
        <w:pStyle w:val="ListBullet"/>
      </w:pPr>
      <w:r>
        <w:t>Ensure emergency equipment remains operational.</w:t>
      </w:r>
    </w:p>
    <w:p w14:paraId="52798B5B" w14:textId="77777777" w:rsidR="003B4FC6" w:rsidRDefault="00646AF5">
      <w:pPr>
        <w:pStyle w:val="ListBullet"/>
      </w:pPr>
      <w:r>
        <w:t>Coordinate with police, fire services, medical providers, and local authorities when necessary.</w:t>
      </w:r>
    </w:p>
    <w:p w14:paraId="1BE4129A" w14:textId="77777777" w:rsidR="003B4FC6" w:rsidRDefault="00646AF5">
      <w:pPr>
        <w:pStyle w:val="Heading2"/>
      </w:pPr>
      <w:r>
        <w:t>Asset Protection</w:t>
      </w:r>
    </w:p>
    <w:p w14:paraId="17AA710B" w14:textId="67204B5E" w:rsidR="003B4FC6" w:rsidRDefault="00646AF5">
      <w:pPr>
        <w:pStyle w:val="ListBullet"/>
      </w:pPr>
      <w:r>
        <w:t>Protect buildings, vehicles, fuel, generators, solar systems, water infrastructure, communications equipment, and project supplies.</w:t>
      </w:r>
    </w:p>
    <w:p w14:paraId="00BF7756" w14:textId="77777777" w:rsidR="003B4FC6" w:rsidRDefault="00646AF5">
      <w:pPr>
        <w:pStyle w:val="ListBullet"/>
      </w:pPr>
      <w:r>
        <w:t>Monitor inventory security procedures.</w:t>
      </w:r>
    </w:p>
    <w:p w14:paraId="4C51C488" w14:textId="77777777" w:rsidR="003B4FC6" w:rsidRDefault="00646AF5">
      <w:pPr>
        <w:pStyle w:val="ListBullet"/>
      </w:pPr>
      <w:r>
        <w:t>Reduce opportunities for theft, fraud, and property damage.</w:t>
      </w:r>
    </w:p>
    <w:p w14:paraId="77ED6846" w14:textId="77777777" w:rsidR="003B4FC6" w:rsidRDefault="00646AF5">
      <w:pPr>
        <w:pStyle w:val="Heading2"/>
      </w:pPr>
      <w:r>
        <w:t>Field Security</w:t>
      </w:r>
    </w:p>
    <w:p w14:paraId="69C64D0C" w14:textId="77777777" w:rsidR="003B4FC6" w:rsidRDefault="00646AF5">
      <w:pPr>
        <w:pStyle w:val="ListBullet"/>
      </w:pPr>
      <w:r>
        <w:t>Advise field teams on security considerations before travel.</w:t>
      </w:r>
    </w:p>
    <w:p w14:paraId="7786BCDE" w14:textId="77777777" w:rsidR="003B4FC6" w:rsidRDefault="00646AF5">
      <w:pPr>
        <w:pStyle w:val="ListBullet"/>
      </w:pPr>
      <w:r>
        <w:t>Assist with planning secure transportation and logistics.</w:t>
      </w:r>
    </w:p>
    <w:p w14:paraId="070885FD" w14:textId="2CCCB706" w:rsidR="003B4FC6" w:rsidRDefault="00646AF5">
      <w:pPr>
        <w:pStyle w:val="ListBullet"/>
      </w:pPr>
      <w:r>
        <w:t xml:space="preserve">Support </w:t>
      </w:r>
      <w:r w:rsidR="00A22455">
        <w:t xml:space="preserve">field activities and </w:t>
      </w:r>
      <w:r>
        <w:t>community outreach activities while maintaining appropriate security awareness.</w:t>
      </w:r>
    </w:p>
    <w:p w14:paraId="6D08FFC4" w14:textId="327FFDF3" w:rsidR="003B4FC6" w:rsidRDefault="00646AF5">
      <w:pPr>
        <w:pStyle w:val="ListBullet"/>
      </w:pPr>
      <w:r>
        <w:t xml:space="preserve">Respond to security concerns </w:t>
      </w:r>
      <w:r w:rsidR="00A22455">
        <w:t xml:space="preserve">in the field </w:t>
      </w:r>
      <w:r>
        <w:t>when required.</w:t>
      </w:r>
    </w:p>
    <w:p w14:paraId="0D48FFA3" w14:textId="77777777" w:rsidR="003B4FC6" w:rsidRDefault="00646AF5">
      <w:pPr>
        <w:pStyle w:val="Heading2"/>
      </w:pPr>
      <w:r>
        <w:t>Policy Compliance</w:t>
      </w:r>
    </w:p>
    <w:p w14:paraId="4483C663" w14:textId="77777777" w:rsidR="003B4FC6" w:rsidRDefault="00646AF5">
      <w:pPr>
        <w:pStyle w:val="ListBullet"/>
      </w:pPr>
      <w:r>
        <w:t>Ensure compliance with MAMA Project Solutions security policies.</w:t>
      </w:r>
    </w:p>
    <w:p w14:paraId="0E5EAA52" w14:textId="77777777" w:rsidR="003B4FC6" w:rsidRDefault="00646AF5">
      <w:pPr>
        <w:pStyle w:val="ListBullet"/>
      </w:pPr>
      <w:r>
        <w:t>Assist in developing and updating organizational security procedures.</w:t>
      </w:r>
    </w:p>
    <w:p w14:paraId="60B8C3E9" w14:textId="793038ED" w:rsidR="003B4FC6" w:rsidRDefault="00646AF5">
      <w:pPr>
        <w:pStyle w:val="ListBullet"/>
      </w:pPr>
      <w:r>
        <w:t>Promote safeguarding, workplace safety, and emergency preparedness.</w:t>
      </w:r>
    </w:p>
    <w:p w14:paraId="13FE5F82" w14:textId="59FF8C8D" w:rsidR="00473A2D" w:rsidRDefault="00473A2D" w:rsidP="00473A2D">
      <w:pPr>
        <w:pStyle w:val="ListBullet"/>
      </w:pPr>
      <w:r>
        <w:t>Must maintain confidentiality regarding all operations and security matters.</w:t>
      </w:r>
    </w:p>
    <w:p w14:paraId="2B409D5C" w14:textId="77777777" w:rsidR="003B4FC6" w:rsidRDefault="00646AF5">
      <w:pPr>
        <w:pStyle w:val="Heading2"/>
      </w:pPr>
      <w:r>
        <w:t>Reporting</w:t>
      </w:r>
    </w:p>
    <w:p w14:paraId="68E1927C" w14:textId="77777777" w:rsidR="003B4FC6" w:rsidRDefault="00646AF5">
      <w:pPr>
        <w:pStyle w:val="ListBullet"/>
      </w:pPr>
      <w:r>
        <w:t>Maintain security records and daily activity logs.</w:t>
      </w:r>
    </w:p>
    <w:p w14:paraId="30BD8480" w14:textId="77777777" w:rsidR="003B4FC6" w:rsidRDefault="00646AF5">
      <w:pPr>
        <w:pStyle w:val="ListBullet"/>
      </w:pPr>
      <w:r>
        <w:t>Submit regular security reports to the Director of Field Operations.</w:t>
      </w:r>
    </w:p>
    <w:p w14:paraId="7190FA17" w14:textId="77777777" w:rsidR="003B4FC6" w:rsidRDefault="00646AF5">
      <w:pPr>
        <w:pStyle w:val="ListBullet"/>
      </w:pPr>
      <w:r>
        <w:t>Report significant incidents immediately.</w:t>
      </w:r>
    </w:p>
    <w:p w14:paraId="0F9F122E" w14:textId="65B3E353" w:rsidR="00BD6485" w:rsidRDefault="00646AF5" w:rsidP="00DA5698">
      <w:pPr>
        <w:pStyle w:val="ListBullet"/>
      </w:pPr>
      <w:r>
        <w:t>Recommend improvements based on observed risks and trends.</w:t>
      </w:r>
    </w:p>
    <w:p w14:paraId="3BD89B77" w14:textId="77777777" w:rsidR="00BD6485" w:rsidRDefault="00BD6485" w:rsidP="00BD6485">
      <w:pPr>
        <w:pStyle w:val="Heading2"/>
      </w:pPr>
      <w:r>
        <w:t>Field Support</w:t>
      </w:r>
    </w:p>
    <w:p w14:paraId="7FD0F7C6" w14:textId="77777777" w:rsidR="00BD6485" w:rsidRDefault="00BD6485" w:rsidP="00BD6485">
      <w:pPr>
        <w:pStyle w:val="ListBullet"/>
      </w:pPr>
      <w:r>
        <w:t>Load and unload project vehicles.</w:t>
      </w:r>
    </w:p>
    <w:p w14:paraId="0EBE5514" w14:textId="77777777" w:rsidR="00BD6485" w:rsidRDefault="00BD6485" w:rsidP="00BD6485">
      <w:pPr>
        <w:pStyle w:val="ListBullet"/>
      </w:pPr>
      <w:r>
        <w:t>Assist field teams with transporting and organizing project materials.</w:t>
      </w:r>
    </w:p>
    <w:p w14:paraId="36D29457" w14:textId="405755AE" w:rsidR="00BD6485" w:rsidRPr="006919F2" w:rsidRDefault="00BD6485" w:rsidP="00BD6485">
      <w:pPr>
        <w:pStyle w:val="ListBullet"/>
      </w:pPr>
      <w:r w:rsidRPr="006919F2">
        <w:t xml:space="preserve">Help with assembly and distribution of supplies </w:t>
      </w:r>
      <w:r w:rsidR="00B6099B">
        <w:t>for</w:t>
      </w:r>
      <w:r w:rsidRPr="006919F2">
        <w:t xml:space="preserve"> field work or community outreach activities</w:t>
      </w:r>
      <w:r w:rsidR="006919F2">
        <w:t>, as available.</w:t>
      </w:r>
    </w:p>
    <w:p w14:paraId="4791B0A9" w14:textId="77777777" w:rsidR="00BD6485" w:rsidRDefault="00BD6485" w:rsidP="00BD6485">
      <w:pPr>
        <w:pStyle w:val="ListBullet"/>
      </w:pPr>
      <w:r>
        <w:t>Support staff during field events and community programs.</w:t>
      </w:r>
    </w:p>
    <w:p w14:paraId="7F8C1398" w14:textId="77777777" w:rsidR="00BD6485" w:rsidRDefault="00BD6485" w:rsidP="00BD6485">
      <w:pPr>
        <w:pStyle w:val="ListBullet"/>
        <w:numPr>
          <w:ilvl w:val="0"/>
          <w:numId w:val="0"/>
        </w:numPr>
        <w:ind w:left="360"/>
      </w:pPr>
    </w:p>
    <w:p w14:paraId="169F7F77" w14:textId="2C1F434A" w:rsidR="003B4FC6" w:rsidRDefault="00646AF5">
      <w:pPr>
        <w:pStyle w:val="Heading2"/>
      </w:pPr>
      <w:r>
        <w:lastRenderedPageBreak/>
        <w:t>Required Qualifications</w:t>
      </w:r>
    </w:p>
    <w:p w14:paraId="7FE9BB36" w14:textId="51A044FC" w:rsidR="003B4FC6" w:rsidRPr="008A00C0" w:rsidRDefault="00BC7254">
      <w:pPr>
        <w:pStyle w:val="ListBullet"/>
      </w:pPr>
      <w:r>
        <w:t xml:space="preserve">Completion of </w:t>
      </w:r>
      <w:r w:rsidR="002C4C5A" w:rsidRPr="008A00C0">
        <w:t>Grade 8 education</w:t>
      </w:r>
      <w:r>
        <w:t>.</w:t>
      </w:r>
    </w:p>
    <w:p w14:paraId="44C015A8" w14:textId="77777777" w:rsidR="003B4FC6" w:rsidRPr="008A00C0" w:rsidRDefault="00646AF5">
      <w:pPr>
        <w:pStyle w:val="ListBullet"/>
      </w:pPr>
      <w:r w:rsidRPr="008A00C0">
        <w:t>Security management or supervisory experience.</w:t>
      </w:r>
    </w:p>
    <w:p w14:paraId="180B9E6F" w14:textId="1D9043DF" w:rsidR="003B4FC6" w:rsidRPr="008A00C0" w:rsidRDefault="00646AF5">
      <w:pPr>
        <w:pStyle w:val="ListBullet"/>
      </w:pPr>
      <w:r w:rsidRPr="008A00C0">
        <w:t xml:space="preserve">Ability to read and write </w:t>
      </w:r>
      <w:r w:rsidR="00012C04">
        <w:t xml:space="preserve">in </w:t>
      </w:r>
      <w:r w:rsidRPr="008A00C0">
        <w:t>Kiswahili</w:t>
      </w:r>
      <w:r w:rsidR="002C4C5A" w:rsidRPr="008A00C0">
        <w:t xml:space="preserve"> and English</w:t>
      </w:r>
      <w:r w:rsidRPr="008A00C0">
        <w:t>.</w:t>
      </w:r>
    </w:p>
    <w:p w14:paraId="0B2C79AE" w14:textId="01A88B13" w:rsidR="002C4C5A" w:rsidRPr="002C4C5A" w:rsidRDefault="002C4C5A" w:rsidP="002C4C5A">
      <w:pPr>
        <w:pStyle w:val="ListBullet"/>
      </w:pPr>
      <w:r>
        <w:t>Experience with NGOs/nonprofit</w:t>
      </w:r>
      <w:r w:rsidR="00B61E35">
        <w:t>s</w:t>
      </w:r>
      <w:r w:rsidR="008C16A5">
        <w:t xml:space="preserve">, </w:t>
      </w:r>
      <w:r w:rsidR="00B61E35">
        <w:t>sch</w:t>
      </w:r>
      <w:r>
        <w:t xml:space="preserve">ools, </w:t>
      </w:r>
      <w:r w:rsidR="00B61E35">
        <w:t>lodges, clinics</w:t>
      </w:r>
      <w:r>
        <w:t>, or hospitality operations.</w:t>
      </w:r>
    </w:p>
    <w:p w14:paraId="70264B79" w14:textId="77777777" w:rsidR="003101FD" w:rsidRDefault="00646AF5">
      <w:pPr>
        <w:pStyle w:val="ListBullet"/>
      </w:pPr>
      <w:r>
        <w:t>Strong leadership</w:t>
      </w:r>
      <w:r w:rsidR="00AE467C">
        <w:t xml:space="preserve">, </w:t>
      </w:r>
      <w:r w:rsidR="002C4C5A">
        <w:t xml:space="preserve">personal skills </w:t>
      </w:r>
      <w:r>
        <w:t>and organizational abilities</w:t>
      </w:r>
    </w:p>
    <w:p w14:paraId="25A3DFBE" w14:textId="531D4DA4" w:rsidR="003B4FC6" w:rsidRDefault="00010B73">
      <w:pPr>
        <w:pStyle w:val="ListBullet"/>
      </w:pPr>
      <w:r>
        <w:t>Good communication skills in Kiswahili and Maa.</w:t>
      </w:r>
    </w:p>
    <w:p w14:paraId="61DB08AC" w14:textId="5E7FB560" w:rsidR="00C17E6E" w:rsidRDefault="00C17E6E" w:rsidP="008C16A5">
      <w:pPr>
        <w:pStyle w:val="ListBullet"/>
      </w:pPr>
      <w:r>
        <w:t>Clean criminal record.</w:t>
      </w:r>
    </w:p>
    <w:p w14:paraId="54000990" w14:textId="77777777" w:rsidR="003B4FC6" w:rsidRDefault="00646AF5">
      <w:pPr>
        <w:pStyle w:val="Heading2"/>
      </w:pPr>
      <w:r>
        <w:t>Preferred Qualifications</w:t>
      </w:r>
    </w:p>
    <w:p w14:paraId="49CBD382" w14:textId="77777777" w:rsidR="002C4C5A" w:rsidRDefault="002C4C5A" w:rsidP="002C4C5A">
      <w:pPr>
        <w:pStyle w:val="ListBullet"/>
      </w:pPr>
      <w:r>
        <w:t>Ability to prepare written reports.</w:t>
      </w:r>
    </w:p>
    <w:p w14:paraId="2B7DFADE" w14:textId="2A5A9169" w:rsidR="002C4C5A" w:rsidRDefault="002C4C5A" w:rsidP="002C4C5A">
      <w:pPr>
        <w:pStyle w:val="ListBullet"/>
      </w:pPr>
      <w:r>
        <w:t>Basic computer skills.</w:t>
      </w:r>
    </w:p>
    <w:p w14:paraId="4643DD71" w14:textId="5FA322D5" w:rsidR="003B4FC6" w:rsidRDefault="002C4C5A" w:rsidP="002C4C5A">
      <w:pPr>
        <w:pStyle w:val="ListBullet"/>
      </w:pPr>
      <w:r>
        <w:t>Valid Kenyan driver's license</w:t>
      </w:r>
      <w:r w:rsidR="00454CDC">
        <w:t>.</w:t>
      </w:r>
    </w:p>
    <w:p w14:paraId="13AC193A" w14:textId="2703C9DB" w:rsidR="002C4C5A" w:rsidRDefault="002C4C5A" w:rsidP="002C4C5A">
      <w:pPr>
        <w:pStyle w:val="ListBullet"/>
      </w:pPr>
      <w:r>
        <w:t>Defensive driving training.</w:t>
      </w:r>
    </w:p>
    <w:p w14:paraId="086A31C8" w14:textId="77777777" w:rsidR="003B4FC6" w:rsidRDefault="00646AF5">
      <w:pPr>
        <w:pStyle w:val="ListBullet"/>
      </w:pPr>
      <w:r>
        <w:t>First Aid certification.</w:t>
      </w:r>
    </w:p>
    <w:p w14:paraId="6D0473E2" w14:textId="77777777" w:rsidR="003B4FC6" w:rsidRDefault="00646AF5">
      <w:pPr>
        <w:pStyle w:val="ListBullet"/>
      </w:pPr>
      <w:r>
        <w:t>Fire safety training.</w:t>
      </w:r>
    </w:p>
    <w:p w14:paraId="7E0E3B11" w14:textId="7C786024" w:rsidR="003B4FC6" w:rsidRDefault="00646AF5" w:rsidP="00CA44DA">
      <w:pPr>
        <w:pStyle w:val="Heading2"/>
      </w:pPr>
      <w:r>
        <w:t>Personal Qualities</w:t>
      </w:r>
    </w:p>
    <w:p w14:paraId="02FCFDA1" w14:textId="797368BB" w:rsidR="003B4FC6" w:rsidRDefault="00646AF5">
      <w:pPr>
        <w:pStyle w:val="ListBullet"/>
      </w:pPr>
      <w:r>
        <w:t>H</w:t>
      </w:r>
      <w:r>
        <w:t>igh integrity</w:t>
      </w:r>
      <w:r w:rsidR="00CA44DA">
        <w:t xml:space="preserve">: </w:t>
      </w:r>
      <w:proofErr w:type="gramStart"/>
      <w:r w:rsidR="00CA44DA">
        <w:t>honest</w:t>
      </w:r>
      <w:proofErr w:type="gramEnd"/>
      <w:r w:rsidR="00CA44DA">
        <w:t xml:space="preserve"> and trustworthy</w:t>
      </w:r>
    </w:p>
    <w:p w14:paraId="3E9AC61B" w14:textId="77777777" w:rsidR="003B4FC6" w:rsidRDefault="00646AF5">
      <w:pPr>
        <w:pStyle w:val="ListBullet"/>
      </w:pPr>
      <w:r>
        <w:t>Calm under pressure.</w:t>
      </w:r>
    </w:p>
    <w:p w14:paraId="17ACD379" w14:textId="7071F4C8" w:rsidR="003B4FC6" w:rsidRDefault="00646AF5" w:rsidP="00B1579B">
      <w:pPr>
        <w:pStyle w:val="ListBullet"/>
      </w:pPr>
      <w:r>
        <w:t>Excellent leadership skills.</w:t>
      </w:r>
    </w:p>
    <w:p w14:paraId="5C399575" w14:textId="77777777" w:rsidR="003B4FC6" w:rsidRDefault="00646AF5">
      <w:pPr>
        <w:pStyle w:val="ListBullet"/>
      </w:pPr>
      <w:r>
        <w:t>Strong decision-making ability.</w:t>
      </w:r>
    </w:p>
    <w:p w14:paraId="282794CE" w14:textId="77777777" w:rsidR="003B4FC6" w:rsidRDefault="00646AF5">
      <w:pPr>
        <w:pStyle w:val="ListBullet"/>
      </w:pPr>
      <w:r>
        <w:t>Respectful and courteous.</w:t>
      </w:r>
    </w:p>
    <w:p w14:paraId="11845A83" w14:textId="77777777" w:rsidR="003B4FC6" w:rsidRDefault="00646AF5">
      <w:pPr>
        <w:pStyle w:val="ListBullet"/>
      </w:pPr>
      <w:r>
        <w:t>Excellent judgment.</w:t>
      </w:r>
    </w:p>
    <w:p w14:paraId="5F8C8B90" w14:textId="60CD75C7" w:rsidR="003B4FC6" w:rsidRDefault="00646AF5" w:rsidP="00CA44DA">
      <w:pPr>
        <w:pStyle w:val="ListBullet"/>
      </w:pPr>
      <w:r>
        <w:t>Team-oriented.</w:t>
      </w:r>
    </w:p>
    <w:p w14:paraId="2DD2F685" w14:textId="77777777" w:rsidR="003B4FC6" w:rsidRDefault="00646AF5">
      <w:pPr>
        <w:pStyle w:val="Heading2"/>
      </w:pPr>
      <w:r>
        <w:t>Physical Requirements</w:t>
      </w:r>
    </w:p>
    <w:p w14:paraId="114812AD" w14:textId="77777777" w:rsidR="003B4FC6" w:rsidRDefault="00646AF5">
      <w:pPr>
        <w:pStyle w:val="ListBullet"/>
      </w:pPr>
      <w:r>
        <w:t>Ability to patrol large compounds and project sites.</w:t>
      </w:r>
    </w:p>
    <w:p w14:paraId="15013FD5" w14:textId="77777777" w:rsidR="003B4FC6" w:rsidRDefault="00646AF5">
      <w:pPr>
        <w:pStyle w:val="ListBullet"/>
      </w:pPr>
      <w:r>
        <w:t>Ability to respond rapidly during emergencies.</w:t>
      </w:r>
    </w:p>
    <w:p w14:paraId="6BFA7EB5" w14:textId="04C89BBE" w:rsidR="003B4FC6" w:rsidRDefault="00646AF5">
      <w:pPr>
        <w:pStyle w:val="ListBullet"/>
      </w:pPr>
      <w:r>
        <w:t>Ability to work both indoors and outdoors</w:t>
      </w:r>
      <w:r w:rsidR="00E36CA2">
        <w:t xml:space="preserve"> in all weather conditions.</w:t>
      </w:r>
    </w:p>
    <w:p w14:paraId="03DBC5AB" w14:textId="77777777" w:rsidR="003B4FC6" w:rsidRDefault="00646AF5">
      <w:pPr>
        <w:pStyle w:val="ListBullet"/>
      </w:pPr>
      <w:r>
        <w:t>Willingness to travel to remote rural project locations.</w:t>
      </w:r>
    </w:p>
    <w:p w14:paraId="213AD16B" w14:textId="77777777" w:rsidR="003B4FC6" w:rsidRDefault="00646AF5">
      <w:pPr>
        <w:pStyle w:val="ListBullet"/>
      </w:pPr>
      <w:r>
        <w:t>Ability to work evenings, weekends, holidays, and respond to emergencies outside normal working hours.</w:t>
      </w:r>
    </w:p>
    <w:p w14:paraId="6880B45C" w14:textId="77777777" w:rsidR="003B4FC6" w:rsidRDefault="00646AF5">
      <w:pPr>
        <w:pStyle w:val="Heading2"/>
      </w:pPr>
      <w:r>
        <w:t>Employment Conditions</w:t>
      </w:r>
    </w:p>
    <w:p w14:paraId="2C9419FF" w14:textId="77777777" w:rsidR="003B4FC6" w:rsidRDefault="00646AF5">
      <w:pPr>
        <w:pStyle w:val="ListBullet"/>
      </w:pPr>
      <w:r>
        <w:t>Full-time position.</w:t>
      </w:r>
    </w:p>
    <w:p w14:paraId="48B606AE" w14:textId="5D786E32" w:rsidR="003B4FC6" w:rsidRDefault="00646AF5">
      <w:pPr>
        <w:pStyle w:val="ListBullet"/>
      </w:pPr>
      <w:r>
        <w:t xml:space="preserve">May require 24-hour on-call availability for major security </w:t>
      </w:r>
      <w:r w:rsidR="002C4C5A">
        <w:t xml:space="preserve">events, </w:t>
      </w:r>
      <w:r>
        <w:t>incidents or emergencies.</w:t>
      </w:r>
    </w:p>
    <w:p w14:paraId="0A2B2026" w14:textId="77777777" w:rsidR="003B4FC6" w:rsidRDefault="00646AF5">
      <w:pPr>
        <w:pStyle w:val="ListBullet"/>
      </w:pPr>
      <w:r>
        <w:t>Subject to reference checks and, where permitted by law, background screening.</w:t>
      </w:r>
    </w:p>
    <w:p w14:paraId="337D0A9A" w14:textId="77777777" w:rsidR="003B4FC6" w:rsidRDefault="00646AF5">
      <w:pPr>
        <w:pStyle w:val="ListBullet"/>
      </w:pPr>
      <w:r>
        <w:t>Must comply with all MAMA Project Solutions policies, safeguarding standards, security procedures, workplace safety requirements, and code of conduct.</w:t>
      </w:r>
    </w:p>
    <w:sectPr w:rsidR="003B4FC6" w:rsidSect="00342892">
      <w:pgSz w:w="12240" w:h="15840"/>
      <w:pgMar w:top="864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71696044">
    <w:abstractNumId w:val="8"/>
  </w:num>
  <w:num w:numId="2" w16cid:durableId="170948589">
    <w:abstractNumId w:val="6"/>
  </w:num>
  <w:num w:numId="3" w16cid:durableId="415636973">
    <w:abstractNumId w:val="5"/>
  </w:num>
  <w:num w:numId="4" w16cid:durableId="647442598">
    <w:abstractNumId w:val="4"/>
  </w:num>
  <w:num w:numId="5" w16cid:durableId="1103190908">
    <w:abstractNumId w:val="7"/>
  </w:num>
  <w:num w:numId="6" w16cid:durableId="1987779064">
    <w:abstractNumId w:val="3"/>
  </w:num>
  <w:num w:numId="7" w16cid:durableId="414086621">
    <w:abstractNumId w:val="2"/>
  </w:num>
  <w:num w:numId="8" w16cid:durableId="1520855256">
    <w:abstractNumId w:val="1"/>
  </w:num>
  <w:num w:numId="9" w16cid:durableId="1527402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0B73"/>
    <w:rsid w:val="00012C04"/>
    <w:rsid w:val="00034616"/>
    <w:rsid w:val="0006063C"/>
    <w:rsid w:val="001239F5"/>
    <w:rsid w:val="0015074B"/>
    <w:rsid w:val="0018082B"/>
    <w:rsid w:val="00225804"/>
    <w:rsid w:val="002922BD"/>
    <w:rsid w:val="0029639D"/>
    <w:rsid w:val="002C4C5A"/>
    <w:rsid w:val="002C6E2A"/>
    <w:rsid w:val="003101FD"/>
    <w:rsid w:val="00326F90"/>
    <w:rsid w:val="00342892"/>
    <w:rsid w:val="003B0A71"/>
    <w:rsid w:val="003B4FC6"/>
    <w:rsid w:val="00454CDC"/>
    <w:rsid w:val="0047050E"/>
    <w:rsid w:val="00473A2D"/>
    <w:rsid w:val="00542BCD"/>
    <w:rsid w:val="00545593"/>
    <w:rsid w:val="005A14E2"/>
    <w:rsid w:val="00612569"/>
    <w:rsid w:val="00660154"/>
    <w:rsid w:val="006832DE"/>
    <w:rsid w:val="006919F2"/>
    <w:rsid w:val="00704DAD"/>
    <w:rsid w:val="008A00C0"/>
    <w:rsid w:val="008C16A5"/>
    <w:rsid w:val="00922D48"/>
    <w:rsid w:val="009D6629"/>
    <w:rsid w:val="00A22455"/>
    <w:rsid w:val="00AA1D8D"/>
    <w:rsid w:val="00AE467C"/>
    <w:rsid w:val="00AF413C"/>
    <w:rsid w:val="00B021E9"/>
    <w:rsid w:val="00B1579B"/>
    <w:rsid w:val="00B47730"/>
    <w:rsid w:val="00B6099B"/>
    <w:rsid w:val="00B61E35"/>
    <w:rsid w:val="00BC7254"/>
    <w:rsid w:val="00BD6485"/>
    <w:rsid w:val="00C006B7"/>
    <w:rsid w:val="00C17E6E"/>
    <w:rsid w:val="00C85D9E"/>
    <w:rsid w:val="00CA44DA"/>
    <w:rsid w:val="00CB0664"/>
    <w:rsid w:val="00CC1D36"/>
    <w:rsid w:val="00DA5698"/>
    <w:rsid w:val="00E36CA2"/>
    <w:rsid w:val="00FC693F"/>
    <w:rsid w:val="00FE799A"/>
    <w:rsid w:val="00FF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4A26E3"/>
  <w14:defaultImageDpi w14:val="300"/>
  <w15:docId w15:val="{5B106A49-3BF5-4A88-8555-74D0F758F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4814</Characters>
  <Application>Microsoft Office Word</Application>
  <DocSecurity>0</DocSecurity>
  <Lines>117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Julia Christensen</cp:lastModifiedBy>
  <cp:revision>2</cp:revision>
  <dcterms:created xsi:type="dcterms:W3CDTF">2026-08-01T13:14:00Z</dcterms:created>
  <dcterms:modified xsi:type="dcterms:W3CDTF">2026-08-01T13:14:00Z</dcterms:modified>
  <cp:category/>
</cp:coreProperties>
</file>