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32CE" w14:textId="69BD51BD" w:rsidR="0053298A" w:rsidRDefault="00D50870" w:rsidP="00773C2C">
      <w:pPr>
        <w:pStyle w:val="Heading1"/>
        <w:jc w:val="center"/>
      </w:pPr>
      <w:r>
        <w:t>Job Description: OPERATIONS ASSISTANT</w:t>
      </w:r>
      <w:r>
        <w:br/>
        <w:t>MAMA Project Solutions Ltd.</w:t>
      </w:r>
    </w:p>
    <w:p w14:paraId="21623165" w14:textId="77777777" w:rsidR="00587775" w:rsidRDefault="00587775">
      <w:pPr>
        <w:rPr>
          <w:b/>
        </w:rPr>
      </w:pPr>
    </w:p>
    <w:p w14:paraId="0FA4F410" w14:textId="638D9823" w:rsidR="0053298A" w:rsidRDefault="00587775" w:rsidP="00442C6D">
      <w:r>
        <w:rPr>
          <w:b/>
        </w:rPr>
        <w:t xml:space="preserve">Position Title: </w:t>
      </w:r>
      <w:r>
        <w:t>Operation</w:t>
      </w:r>
      <w:r w:rsidR="00442C6D">
        <w:t>s Assistant</w:t>
      </w:r>
      <w:r>
        <w:br/>
      </w:r>
      <w:r>
        <w:rPr>
          <w:b/>
        </w:rPr>
        <w:t xml:space="preserve">Reports To: </w:t>
      </w:r>
      <w:r>
        <w:t>Director of Field Operations</w:t>
      </w:r>
      <w:r>
        <w:br/>
      </w:r>
      <w:r>
        <w:rPr>
          <w:b/>
        </w:rPr>
        <w:t xml:space="preserve">Duty Station: </w:t>
      </w:r>
      <w:r>
        <w:t>Lemek, Narok County, Kenya (with travel throughout project areas in the Masai Mara as required)</w:t>
      </w:r>
    </w:p>
    <w:p w14:paraId="4633BA97" w14:textId="77777777" w:rsidR="0053298A" w:rsidRDefault="0092464E">
      <w:pPr>
        <w:pStyle w:val="Heading2"/>
      </w:pPr>
      <w:r>
        <w:t>Position Summary</w:t>
      </w:r>
    </w:p>
    <w:p w14:paraId="498A1636" w14:textId="4A6924D6" w:rsidR="0053298A" w:rsidRDefault="0092464E">
      <w:r>
        <w:t xml:space="preserve">The Operations Assistant provides general operational support across all activities of MAMA Project Solutions Ltd. This position assists with maintaining facilities, organizing supplies, supporting </w:t>
      </w:r>
      <w:r w:rsidR="000D54BF">
        <w:t xml:space="preserve">employees and </w:t>
      </w:r>
      <w:r>
        <w:t xml:space="preserve">field activities, </w:t>
      </w:r>
      <w:r w:rsidR="0051431A">
        <w:t xml:space="preserve">assisting the chef, </w:t>
      </w:r>
      <w:r>
        <w:t xml:space="preserve">preparing </w:t>
      </w:r>
      <w:r w:rsidR="000D54BF">
        <w:t xml:space="preserve">work and </w:t>
      </w:r>
      <w:r>
        <w:t xml:space="preserve">meeting spaces, receiving visitors, and performing a wide variety of practical tasks that help ensure the </w:t>
      </w:r>
      <w:r w:rsidR="000D54BF">
        <w:t xml:space="preserve">business </w:t>
      </w:r>
      <w:r>
        <w:t>operate</w:t>
      </w:r>
      <w:r w:rsidR="000D54BF">
        <w:t xml:space="preserve">s </w:t>
      </w:r>
      <w:r>
        <w:t>efficiently.</w:t>
      </w:r>
    </w:p>
    <w:p w14:paraId="5182E9E9" w14:textId="018A1140" w:rsidR="0053298A" w:rsidRDefault="0092464E">
      <w:r>
        <w:t>This role is ideal for an individual who is dependable, hardworking, flexible, and willing to assist wherever needed. No specialized education</w:t>
      </w:r>
      <w:r w:rsidR="00102CC9">
        <w:t xml:space="preserve"> or training</w:t>
      </w:r>
      <w:r>
        <w:t xml:space="preserve"> is required, but a strong work ethic, integrity, and willingness to learn are essential.</w:t>
      </w:r>
    </w:p>
    <w:p w14:paraId="265476BF" w14:textId="77777777" w:rsidR="0053298A" w:rsidRDefault="0092464E">
      <w:pPr>
        <w:pStyle w:val="Heading2"/>
      </w:pPr>
      <w:r>
        <w:t>General Operations</w:t>
      </w:r>
    </w:p>
    <w:p w14:paraId="115C54D5" w14:textId="2BB42F85" w:rsidR="0053298A" w:rsidRDefault="0092464E">
      <w:pPr>
        <w:pStyle w:val="ListBullet"/>
      </w:pPr>
      <w:r>
        <w:t xml:space="preserve">Assist with the daily operation of the office and </w:t>
      </w:r>
      <w:r w:rsidR="002871A7">
        <w:t xml:space="preserve">company </w:t>
      </w:r>
      <w:r>
        <w:t>facilities</w:t>
      </w:r>
      <w:r w:rsidR="005B0CC2">
        <w:t>, including assisting the chef as needed.</w:t>
      </w:r>
    </w:p>
    <w:p w14:paraId="1E2F21E2" w14:textId="77777777" w:rsidR="0053298A" w:rsidRDefault="0092464E">
      <w:pPr>
        <w:pStyle w:val="ListBullet"/>
      </w:pPr>
      <w:r>
        <w:t>Maintain clean, organized, and safe work areas.</w:t>
      </w:r>
    </w:p>
    <w:p w14:paraId="11339EEA" w14:textId="2F2E8403" w:rsidR="0053298A" w:rsidRDefault="0092464E">
      <w:pPr>
        <w:pStyle w:val="ListBullet"/>
      </w:pPr>
      <w:r>
        <w:t>Assist with opening and securing buildings each day</w:t>
      </w:r>
      <w:r w:rsidR="005B0CC2">
        <w:t>, as needed.</w:t>
      </w:r>
    </w:p>
    <w:p w14:paraId="04643940" w14:textId="0B141A6A" w:rsidR="0053298A" w:rsidRDefault="0092464E">
      <w:pPr>
        <w:pStyle w:val="ListBullet"/>
      </w:pPr>
      <w:r>
        <w:t>Help move furniture, supplies, and equipment as needed</w:t>
      </w:r>
      <w:r w:rsidR="005B0CC2">
        <w:t>, including assembling supplies</w:t>
      </w:r>
    </w:p>
    <w:p w14:paraId="13F4EF3F" w14:textId="36EF4027" w:rsidR="0053298A" w:rsidRDefault="0092464E">
      <w:pPr>
        <w:pStyle w:val="ListBullet"/>
      </w:pPr>
      <w:r>
        <w:t xml:space="preserve">Assist with setting up </w:t>
      </w:r>
      <w:proofErr w:type="gramStart"/>
      <w:r>
        <w:t>office</w:t>
      </w:r>
      <w:proofErr w:type="gramEnd"/>
      <w:r w:rsidR="002871A7">
        <w:t xml:space="preserve">, kitchen, </w:t>
      </w:r>
      <w:r w:rsidR="000D54BF">
        <w:t xml:space="preserve">tents, </w:t>
      </w:r>
      <w:r>
        <w:t xml:space="preserve">meeting rooms, </w:t>
      </w:r>
      <w:r w:rsidR="000D54BF">
        <w:t xml:space="preserve">and </w:t>
      </w:r>
      <w:r>
        <w:t>event spaces.</w:t>
      </w:r>
    </w:p>
    <w:p w14:paraId="368AF0B2" w14:textId="77777777" w:rsidR="0053298A" w:rsidRDefault="0092464E">
      <w:pPr>
        <w:pStyle w:val="Heading2"/>
      </w:pPr>
      <w:r>
        <w:t>Field Support</w:t>
      </w:r>
    </w:p>
    <w:p w14:paraId="0B40A7F8" w14:textId="77777777" w:rsidR="0053298A" w:rsidRDefault="0092464E">
      <w:pPr>
        <w:pStyle w:val="ListBullet"/>
      </w:pPr>
      <w:r>
        <w:t>Load and unload project vehicles.</w:t>
      </w:r>
    </w:p>
    <w:p w14:paraId="4A789DA0" w14:textId="77777777" w:rsidR="0053298A" w:rsidRPr="00857E1F" w:rsidRDefault="0092464E">
      <w:pPr>
        <w:pStyle w:val="ListBullet"/>
      </w:pPr>
      <w:r w:rsidRPr="00857E1F">
        <w:t>Assist field teams with transporting and organizing project materials.</w:t>
      </w:r>
    </w:p>
    <w:p w14:paraId="1043D660" w14:textId="6317AB93" w:rsidR="0053298A" w:rsidRPr="00857E1F" w:rsidRDefault="0092464E">
      <w:pPr>
        <w:pStyle w:val="ListBullet"/>
      </w:pPr>
      <w:r w:rsidRPr="00857E1F">
        <w:t xml:space="preserve">Help </w:t>
      </w:r>
      <w:r w:rsidR="009B65EA" w:rsidRPr="00857E1F">
        <w:t xml:space="preserve">with assembly and </w:t>
      </w:r>
      <w:r w:rsidRPr="00857E1F">
        <w:t>distribut</w:t>
      </w:r>
      <w:r w:rsidR="009B65EA" w:rsidRPr="00857E1F">
        <w:t xml:space="preserve">ion of </w:t>
      </w:r>
      <w:r w:rsidRPr="00857E1F">
        <w:t xml:space="preserve">supplies </w:t>
      </w:r>
      <w:r w:rsidR="008C103D">
        <w:t>for</w:t>
      </w:r>
      <w:r w:rsidRPr="00857E1F">
        <w:t xml:space="preserve"> </w:t>
      </w:r>
      <w:r w:rsidR="009B65EA" w:rsidRPr="00857E1F">
        <w:t xml:space="preserve">field work or </w:t>
      </w:r>
      <w:r w:rsidRPr="00857E1F">
        <w:t>community outreach activities.</w:t>
      </w:r>
    </w:p>
    <w:p w14:paraId="7C53FF6D" w14:textId="77777777" w:rsidR="0053298A" w:rsidRDefault="0092464E">
      <w:pPr>
        <w:pStyle w:val="ListBullet"/>
      </w:pPr>
      <w:r>
        <w:t>Support staff during field events and community programs.</w:t>
      </w:r>
    </w:p>
    <w:p w14:paraId="3D7AF295" w14:textId="77777777" w:rsidR="0053298A" w:rsidRDefault="0092464E">
      <w:pPr>
        <w:pStyle w:val="Heading2"/>
      </w:pPr>
      <w:r>
        <w:t>Inventory &amp; Supplies</w:t>
      </w:r>
    </w:p>
    <w:p w14:paraId="30B90CE1" w14:textId="77777777" w:rsidR="0053298A" w:rsidRDefault="0092464E">
      <w:pPr>
        <w:pStyle w:val="ListBullet"/>
      </w:pPr>
      <w:r>
        <w:t>Organize storage rooms and supply areas.</w:t>
      </w:r>
    </w:p>
    <w:p w14:paraId="462FE9E8" w14:textId="77777777" w:rsidR="0053298A" w:rsidRDefault="0092464E">
      <w:pPr>
        <w:pStyle w:val="ListBullet"/>
      </w:pPr>
      <w:r>
        <w:t>Receive deliveries and verify quantities.</w:t>
      </w:r>
    </w:p>
    <w:p w14:paraId="372D3EC6" w14:textId="77777777" w:rsidR="0053298A" w:rsidRDefault="0092464E">
      <w:pPr>
        <w:pStyle w:val="ListBullet"/>
      </w:pPr>
      <w:r>
        <w:t>Assist with inventory counts.</w:t>
      </w:r>
    </w:p>
    <w:p w14:paraId="5DCE156F" w14:textId="77777777" w:rsidR="0053298A" w:rsidRDefault="0092464E">
      <w:pPr>
        <w:pStyle w:val="ListBullet"/>
      </w:pPr>
      <w:r>
        <w:t>Report supplies that need replenishment.</w:t>
      </w:r>
    </w:p>
    <w:p w14:paraId="4619258E" w14:textId="77777777" w:rsidR="0053298A" w:rsidRDefault="0092464E">
      <w:pPr>
        <w:pStyle w:val="ListBullet"/>
      </w:pPr>
      <w:r>
        <w:t>Help maintain orderly storage of tools, equipment, and project materials.</w:t>
      </w:r>
    </w:p>
    <w:p w14:paraId="4DC29772" w14:textId="77777777" w:rsidR="0053298A" w:rsidRDefault="0092464E">
      <w:pPr>
        <w:pStyle w:val="Heading2"/>
      </w:pPr>
      <w:r>
        <w:lastRenderedPageBreak/>
        <w:t>Facilities Support</w:t>
      </w:r>
    </w:p>
    <w:p w14:paraId="3D38C89B" w14:textId="0C2A73F3" w:rsidR="0053298A" w:rsidRDefault="0092464E">
      <w:pPr>
        <w:pStyle w:val="ListBullet"/>
      </w:pPr>
      <w:r>
        <w:t xml:space="preserve">Perform routine cleaning of </w:t>
      </w:r>
      <w:r w:rsidR="00766D96">
        <w:t xml:space="preserve">company space </w:t>
      </w:r>
      <w:r>
        <w:t>and common areas.</w:t>
      </w:r>
    </w:p>
    <w:p w14:paraId="4674B421" w14:textId="77777777" w:rsidR="0053298A" w:rsidRDefault="0092464E">
      <w:pPr>
        <w:pStyle w:val="ListBullet"/>
      </w:pPr>
      <w:r>
        <w:t>Assist with basic grounds maintenance.</w:t>
      </w:r>
    </w:p>
    <w:p w14:paraId="062F3D51" w14:textId="77777777" w:rsidR="0053298A" w:rsidRDefault="0092464E">
      <w:pPr>
        <w:pStyle w:val="ListBullet"/>
      </w:pPr>
      <w:proofErr w:type="gramStart"/>
      <w:r>
        <w:t>Report</w:t>
      </w:r>
      <w:proofErr w:type="gramEnd"/>
      <w:r>
        <w:t xml:space="preserve"> repairs or maintenance needs.</w:t>
      </w:r>
    </w:p>
    <w:p w14:paraId="5D501268" w14:textId="32555A90" w:rsidR="0053298A" w:rsidRDefault="0092464E">
      <w:pPr>
        <w:pStyle w:val="ListBullet"/>
      </w:pPr>
      <w:r>
        <w:t>Help ensure facilities remain clean and welcoming.</w:t>
      </w:r>
    </w:p>
    <w:p w14:paraId="63DF12A5" w14:textId="77777777" w:rsidR="0053298A" w:rsidRDefault="0092464E">
      <w:pPr>
        <w:pStyle w:val="Heading2"/>
      </w:pPr>
      <w:r>
        <w:t>Hospitality Support</w:t>
      </w:r>
    </w:p>
    <w:p w14:paraId="7FDB2F3C" w14:textId="6C4E3560" w:rsidR="0053298A" w:rsidRDefault="0092464E">
      <w:pPr>
        <w:pStyle w:val="ListBullet"/>
      </w:pPr>
      <w:r>
        <w:t xml:space="preserve">Welcome </w:t>
      </w:r>
      <w:r w:rsidR="00050C91">
        <w:t xml:space="preserve">clients, donors, contractors, </w:t>
      </w:r>
      <w:r>
        <w:t>visitors and guests.</w:t>
      </w:r>
    </w:p>
    <w:p w14:paraId="7C29F780" w14:textId="574D6861" w:rsidR="0053298A" w:rsidRDefault="0045024A">
      <w:pPr>
        <w:pStyle w:val="ListBullet"/>
      </w:pPr>
      <w:r>
        <w:t xml:space="preserve">Help prepare and serve food for employees </w:t>
      </w:r>
      <w:r w:rsidR="005D3DFB">
        <w:t xml:space="preserve">and visitors </w:t>
      </w:r>
      <w:r>
        <w:t>and during meetings</w:t>
      </w:r>
      <w:r w:rsidR="005D3DFB">
        <w:t xml:space="preserve">, </w:t>
      </w:r>
      <w:r>
        <w:t>trainings</w:t>
      </w:r>
      <w:r w:rsidR="005D3DFB">
        <w:t>, or special events</w:t>
      </w:r>
      <w:r>
        <w:t>.</w:t>
      </w:r>
    </w:p>
    <w:p w14:paraId="7108EF9E" w14:textId="3880C668" w:rsidR="0053298A" w:rsidRDefault="0094445A">
      <w:pPr>
        <w:pStyle w:val="ListBullet"/>
      </w:pPr>
      <w:r>
        <w:t xml:space="preserve">Assist with setup and cleanup for </w:t>
      </w:r>
      <w:r w:rsidR="00050C91">
        <w:t xml:space="preserve">meetings, </w:t>
      </w:r>
      <w:r>
        <w:t>workshops and events.</w:t>
      </w:r>
    </w:p>
    <w:p w14:paraId="7EDD85FE" w14:textId="77777777" w:rsidR="0053298A" w:rsidRDefault="0092464E">
      <w:pPr>
        <w:pStyle w:val="Heading2"/>
      </w:pPr>
      <w:r>
        <w:t>Logistics</w:t>
      </w:r>
    </w:p>
    <w:p w14:paraId="136A5C62" w14:textId="77777777" w:rsidR="0053298A" w:rsidRDefault="0092464E">
      <w:pPr>
        <w:pStyle w:val="ListBullet"/>
      </w:pPr>
      <w:r>
        <w:t>Assist with preparing vehicles before field trips.</w:t>
      </w:r>
    </w:p>
    <w:p w14:paraId="7266DFDC" w14:textId="6BB3E62E" w:rsidR="0053298A" w:rsidRDefault="0092464E">
      <w:pPr>
        <w:pStyle w:val="ListBullet"/>
      </w:pPr>
      <w:r>
        <w:t xml:space="preserve">Help organize equipment for </w:t>
      </w:r>
      <w:r w:rsidR="00996924">
        <w:t xml:space="preserve">field work or </w:t>
      </w:r>
      <w:r>
        <w:t>community outreach.</w:t>
      </w:r>
    </w:p>
    <w:p w14:paraId="6FA6E6F7" w14:textId="77777777" w:rsidR="0053298A" w:rsidRDefault="0092464E">
      <w:pPr>
        <w:pStyle w:val="ListBullet"/>
      </w:pPr>
      <w:r>
        <w:t>Deliver documents and supplies when required.</w:t>
      </w:r>
    </w:p>
    <w:p w14:paraId="70F78F3C" w14:textId="4FC0056D" w:rsidR="0053298A" w:rsidRDefault="0092464E">
      <w:pPr>
        <w:pStyle w:val="ListBullet"/>
      </w:pPr>
      <w:r>
        <w:t xml:space="preserve">Assist staff with general errands related to </w:t>
      </w:r>
      <w:r w:rsidR="00050C91">
        <w:t>o</w:t>
      </w:r>
      <w:r>
        <w:t>perations.</w:t>
      </w:r>
    </w:p>
    <w:p w14:paraId="643ED43A" w14:textId="77777777" w:rsidR="0053298A" w:rsidRDefault="0092464E">
      <w:pPr>
        <w:pStyle w:val="Heading2"/>
      </w:pPr>
      <w:r>
        <w:t>Safety</w:t>
      </w:r>
    </w:p>
    <w:p w14:paraId="59609068" w14:textId="400921E2" w:rsidR="0053298A" w:rsidRDefault="0092464E">
      <w:pPr>
        <w:pStyle w:val="ListBullet"/>
      </w:pPr>
      <w:r>
        <w:t xml:space="preserve">Follow all </w:t>
      </w:r>
      <w:r w:rsidR="005B637B">
        <w:t xml:space="preserve">company </w:t>
      </w:r>
      <w:r>
        <w:t>safety policies.</w:t>
      </w:r>
    </w:p>
    <w:p w14:paraId="6890CFBA" w14:textId="77777777" w:rsidR="0053298A" w:rsidRDefault="0092464E">
      <w:pPr>
        <w:pStyle w:val="ListBullet"/>
      </w:pPr>
      <w:r>
        <w:t>Report hazards or unsafe conditions.</w:t>
      </w:r>
    </w:p>
    <w:p w14:paraId="167E0CA2" w14:textId="77777777" w:rsidR="0053298A" w:rsidRDefault="0092464E">
      <w:pPr>
        <w:pStyle w:val="ListBullet"/>
      </w:pPr>
      <w:r>
        <w:t>Help maintain a safe work environment.</w:t>
      </w:r>
    </w:p>
    <w:p w14:paraId="7CB75234" w14:textId="063B078E" w:rsidR="0053298A" w:rsidRDefault="0092464E">
      <w:pPr>
        <w:pStyle w:val="ListBullet"/>
      </w:pPr>
      <w:r>
        <w:t>Properly use tools and equipment.</w:t>
      </w:r>
    </w:p>
    <w:p w14:paraId="1FD98D4D" w14:textId="77777777" w:rsidR="0053298A" w:rsidRDefault="0092464E">
      <w:pPr>
        <w:pStyle w:val="Heading2"/>
      </w:pPr>
      <w:r>
        <w:t>Required Qualifications</w:t>
      </w:r>
    </w:p>
    <w:p w14:paraId="7C0A16A7" w14:textId="2796AF4D" w:rsidR="00773C2C" w:rsidRDefault="00773C2C" w:rsidP="00773C2C">
      <w:pPr>
        <w:pStyle w:val="ListBullet"/>
      </w:pPr>
      <w:r>
        <w:t>Previous experience working for an NGO/nonprofit, school, business, lodge, or community organization.</w:t>
      </w:r>
    </w:p>
    <w:p w14:paraId="1DE5CE71" w14:textId="16CBB841" w:rsidR="00CF7DD5" w:rsidRPr="00773C2C" w:rsidRDefault="005B637B" w:rsidP="00773C2C">
      <w:pPr>
        <w:pStyle w:val="ListBullet"/>
      </w:pPr>
      <w:r>
        <w:t>Experience with basic maintenance, cleaning, logistics, or inventory related duties.</w:t>
      </w:r>
    </w:p>
    <w:p w14:paraId="780E98EA" w14:textId="77777777" w:rsidR="0053298A" w:rsidRDefault="0092464E">
      <w:pPr>
        <w:pStyle w:val="ListBullet"/>
      </w:pPr>
      <w:r>
        <w:t>Ability to read and write basic Kiswahili.</w:t>
      </w:r>
    </w:p>
    <w:p w14:paraId="6CEE40DC" w14:textId="77777777" w:rsidR="0053298A" w:rsidRDefault="0092464E">
      <w:pPr>
        <w:pStyle w:val="ListBullet"/>
      </w:pPr>
      <w:r>
        <w:t>Ability to follow instructions.</w:t>
      </w:r>
    </w:p>
    <w:p w14:paraId="0B3B191C" w14:textId="77777777" w:rsidR="0053298A" w:rsidRDefault="0092464E">
      <w:pPr>
        <w:pStyle w:val="ListBullet"/>
      </w:pPr>
      <w:r>
        <w:t>Honest and dependable.</w:t>
      </w:r>
    </w:p>
    <w:p w14:paraId="753EEAE9" w14:textId="77777777" w:rsidR="0053298A" w:rsidRDefault="0092464E">
      <w:pPr>
        <w:pStyle w:val="ListBullet"/>
      </w:pPr>
      <w:r>
        <w:t>Willingness to learn new skills.</w:t>
      </w:r>
    </w:p>
    <w:p w14:paraId="09C6DF23" w14:textId="77777777" w:rsidR="0053298A" w:rsidRDefault="0092464E">
      <w:pPr>
        <w:pStyle w:val="ListBullet"/>
      </w:pPr>
      <w:r>
        <w:t>Ability to work both independently and as part of a team.</w:t>
      </w:r>
    </w:p>
    <w:p w14:paraId="6C75DB67" w14:textId="12BFB198" w:rsidR="00773C2C" w:rsidRPr="00954A35" w:rsidRDefault="00E43B9A">
      <w:pPr>
        <w:pStyle w:val="ListBullet"/>
      </w:pPr>
      <w:r>
        <w:t xml:space="preserve">Good communication skills in Kiswahili and </w:t>
      </w:r>
      <w:r w:rsidR="00E921DB">
        <w:t>Maa</w:t>
      </w:r>
      <w:r w:rsidR="00521D22">
        <w:t>.</w:t>
      </w:r>
    </w:p>
    <w:p w14:paraId="2D6B0A2C" w14:textId="77777777" w:rsidR="0053298A" w:rsidRDefault="0092464E">
      <w:pPr>
        <w:pStyle w:val="Heading2"/>
      </w:pPr>
      <w:r>
        <w:t>Preferred Qualifications</w:t>
      </w:r>
    </w:p>
    <w:p w14:paraId="7B8CF330" w14:textId="17C8E028" w:rsidR="00773C2C" w:rsidRDefault="00773C2C" w:rsidP="00773C2C">
      <w:pPr>
        <w:pStyle w:val="ListBullet"/>
      </w:pPr>
      <w:r>
        <w:t>Basic English communication skills</w:t>
      </w:r>
      <w:r w:rsidR="00C4021A">
        <w:t>.</w:t>
      </w:r>
    </w:p>
    <w:p w14:paraId="66E20689" w14:textId="104C2E2F" w:rsidR="00773C2C" w:rsidRDefault="00773C2C" w:rsidP="00773C2C">
      <w:pPr>
        <w:pStyle w:val="ListBullet"/>
      </w:pPr>
      <w:r>
        <w:t>Completion of Grade 8 education</w:t>
      </w:r>
      <w:r w:rsidR="00C4021A">
        <w:t>.</w:t>
      </w:r>
    </w:p>
    <w:p w14:paraId="47C2142E" w14:textId="559477C5" w:rsidR="00773C2C" w:rsidRDefault="00C4021A" w:rsidP="00C4021A">
      <w:pPr>
        <w:pStyle w:val="ListBullet"/>
      </w:pPr>
      <w:r>
        <w:t>Valid Kenyan driver's license.</w:t>
      </w:r>
    </w:p>
    <w:p w14:paraId="32CF5D9E" w14:textId="77777777" w:rsidR="00857E1F" w:rsidRDefault="00857E1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53DBA1F7" w14:textId="479824FA" w:rsidR="0053298A" w:rsidRDefault="0092464E">
      <w:pPr>
        <w:pStyle w:val="Heading2"/>
      </w:pPr>
      <w:r>
        <w:lastRenderedPageBreak/>
        <w:t>Personal Qualities</w:t>
      </w:r>
    </w:p>
    <w:p w14:paraId="2BE166EF" w14:textId="77777777" w:rsidR="0053298A" w:rsidRDefault="0092464E">
      <w:pPr>
        <w:pStyle w:val="ListBullet"/>
      </w:pPr>
      <w:r>
        <w:t>Honest and trustworthy.</w:t>
      </w:r>
    </w:p>
    <w:p w14:paraId="0136AF60" w14:textId="77777777" w:rsidR="0053298A" w:rsidRDefault="0092464E">
      <w:pPr>
        <w:pStyle w:val="ListBullet"/>
      </w:pPr>
      <w:r>
        <w:t>Hardworking.</w:t>
      </w:r>
    </w:p>
    <w:p w14:paraId="29F2B378" w14:textId="77777777" w:rsidR="0053298A" w:rsidRDefault="0092464E">
      <w:pPr>
        <w:pStyle w:val="ListBullet"/>
      </w:pPr>
      <w:r>
        <w:t>Respectful toward others.</w:t>
      </w:r>
    </w:p>
    <w:p w14:paraId="5EDBC1E8" w14:textId="77777777" w:rsidR="0053298A" w:rsidRDefault="0092464E">
      <w:pPr>
        <w:pStyle w:val="ListBullet"/>
      </w:pPr>
      <w:r>
        <w:t>Positive attitude.</w:t>
      </w:r>
    </w:p>
    <w:p w14:paraId="2FAAD948" w14:textId="77777777" w:rsidR="0053298A" w:rsidRDefault="0092464E">
      <w:pPr>
        <w:pStyle w:val="ListBullet"/>
      </w:pPr>
      <w:r>
        <w:t>Flexible and adaptable.</w:t>
      </w:r>
    </w:p>
    <w:p w14:paraId="485E61D8" w14:textId="77777777" w:rsidR="0053298A" w:rsidRDefault="0092464E">
      <w:pPr>
        <w:pStyle w:val="ListBullet"/>
      </w:pPr>
      <w:r>
        <w:t>Organized.</w:t>
      </w:r>
    </w:p>
    <w:p w14:paraId="67DC6845" w14:textId="77777777" w:rsidR="0053298A" w:rsidRDefault="0092464E">
      <w:pPr>
        <w:pStyle w:val="ListBullet"/>
      </w:pPr>
      <w:r>
        <w:t>Dependable and punctual.</w:t>
      </w:r>
    </w:p>
    <w:p w14:paraId="0D98FFE1" w14:textId="77777777" w:rsidR="0053298A" w:rsidRDefault="0092464E">
      <w:pPr>
        <w:pStyle w:val="ListBullet"/>
      </w:pPr>
      <w:r>
        <w:t>Team-oriented.</w:t>
      </w:r>
    </w:p>
    <w:p w14:paraId="419D01ED" w14:textId="77777777" w:rsidR="0053298A" w:rsidRDefault="0092464E">
      <w:pPr>
        <w:pStyle w:val="ListBullet"/>
      </w:pPr>
      <w:r>
        <w:t>Service-minded.</w:t>
      </w:r>
    </w:p>
    <w:p w14:paraId="56907AFD" w14:textId="77777777" w:rsidR="0053298A" w:rsidRDefault="0092464E">
      <w:pPr>
        <w:pStyle w:val="Heading2"/>
      </w:pPr>
      <w:r>
        <w:t>Physical Requirements</w:t>
      </w:r>
    </w:p>
    <w:p w14:paraId="7FCB196B" w14:textId="5FD9D6D8" w:rsidR="0053298A" w:rsidRDefault="0092464E">
      <w:pPr>
        <w:pStyle w:val="ListBullet"/>
      </w:pPr>
      <w:r>
        <w:t xml:space="preserve">Ability to lift and carry supplies weighing up to approximately </w:t>
      </w:r>
      <w:r w:rsidR="00773C2C">
        <w:t>32</w:t>
      </w:r>
      <w:r>
        <w:t xml:space="preserve"> kg.</w:t>
      </w:r>
    </w:p>
    <w:p w14:paraId="2D9B1216" w14:textId="77777777" w:rsidR="0053298A" w:rsidRDefault="0092464E">
      <w:pPr>
        <w:pStyle w:val="ListBullet"/>
      </w:pPr>
      <w:r>
        <w:t>Ability to stand, walk, bend, and work outdoors for extended periods.</w:t>
      </w:r>
    </w:p>
    <w:p w14:paraId="682DE96A" w14:textId="499955A1" w:rsidR="002A0201" w:rsidRDefault="0092464E" w:rsidP="002A0201">
      <w:pPr>
        <w:pStyle w:val="ListBullet"/>
      </w:pPr>
      <w:r>
        <w:t>Ability to assist with loading and unloading vehicles.</w:t>
      </w:r>
    </w:p>
    <w:p w14:paraId="4460756D" w14:textId="77777777" w:rsidR="002A0201" w:rsidRDefault="002A0201" w:rsidP="002A0201">
      <w:pPr>
        <w:pStyle w:val="ListBullet"/>
      </w:pPr>
      <w:r>
        <w:t>Willingness to travel to remote rural project locations.</w:t>
      </w:r>
    </w:p>
    <w:p w14:paraId="71DDC78D" w14:textId="77777777" w:rsidR="002A0201" w:rsidRPr="002A0201" w:rsidRDefault="002A0201" w:rsidP="002A0201">
      <w:pPr>
        <w:pStyle w:val="ListBullet"/>
      </w:pPr>
      <w:r w:rsidRPr="002A0201">
        <w:t xml:space="preserve">Occasional </w:t>
      </w:r>
      <w:proofErr w:type="gramStart"/>
      <w:r w:rsidRPr="002A0201">
        <w:t>evening</w:t>
      </w:r>
      <w:proofErr w:type="gramEnd"/>
      <w:r w:rsidRPr="002A0201">
        <w:t xml:space="preserve">, </w:t>
      </w:r>
      <w:proofErr w:type="gramStart"/>
      <w:r w:rsidRPr="002A0201">
        <w:t>weekend</w:t>
      </w:r>
      <w:proofErr w:type="gramEnd"/>
      <w:r w:rsidRPr="002A0201">
        <w:t>, and holiday work may be required.</w:t>
      </w:r>
    </w:p>
    <w:p w14:paraId="75F0F36B" w14:textId="77777777" w:rsidR="0053298A" w:rsidRDefault="0092464E">
      <w:pPr>
        <w:pStyle w:val="Heading2"/>
      </w:pPr>
      <w:r>
        <w:t>Employment Conditions</w:t>
      </w:r>
    </w:p>
    <w:p w14:paraId="37B73660" w14:textId="77777777" w:rsidR="0053298A" w:rsidRDefault="0092464E">
      <w:pPr>
        <w:pStyle w:val="ListBullet"/>
      </w:pPr>
      <w:r>
        <w:t>Full-time position.</w:t>
      </w:r>
    </w:p>
    <w:p w14:paraId="47B5924B" w14:textId="77777777" w:rsidR="0053298A" w:rsidRDefault="0092464E">
      <w:pPr>
        <w:pStyle w:val="ListBullet"/>
      </w:pPr>
      <w:r>
        <w:t>Subject to reference checks.</w:t>
      </w:r>
    </w:p>
    <w:p w14:paraId="1BBA2E6D" w14:textId="77777777" w:rsidR="0053298A" w:rsidRDefault="0092464E">
      <w:pPr>
        <w:pStyle w:val="ListBullet"/>
      </w:pPr>
      <w:r>
        <w:t>Must comply with all MAMA Project Solutions policies, safeguarding standards, workplace safety requirements, and code of conduct.</w:t>
      </w:r>
    </w:p>
    <w:sectPr w:rsidR="0053298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EF250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3657826">
    <w:abstractNumId w:val="8"/>
  </w:num>
  <w:num w:numId="2" w16cid:durableId="1207185742">
    <w:abstractNumId w:val="6"/>
  </w:num>
  <w:num w:numId="3" w16cid:durableId="1988119592">
    <w:abstractNumId w:val="5"/>
  </w:num>
  <w:num w:numId="4" w16cid:durableId="1115639936">
    <w:abstractNumId w:val="4"/>
  </w:num>
  <w:num w:numId="5" w16cid:durableId="1466850199">
    <w:abstractNumId w:val="7"/>
  </w:num>
  <w:num w:numId="6" w16cid:durableId="795562782">
    <w:abstractNumId w:val="3"/>
  </w:num>
  <w:num w:numId="7" w16cid:durableId="1370446776">
    <w:abstractNumId w:val="2"/>
  </w:num>
  <w:num w:numId="8" w16cid:durableId="857425885">
    <w:abstractNumId w:val="1"/>
  </w:num>
  <w:num w:numId="9" w16cid:durableId="174884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0C91"/>
    <w:rsid w:val="0006063C"/>
    <w:rsid w:val="000D54BF"/>
    <w:rsid w:val="000E3444"/>
    <w:rsid w:val="00102CC9"/>
    <w:rsid w:val="0015074B"/>
    <w:rsid w:val="002871A7"/>
    <w:rsid w:val="0029639D"/>
    <w:rsid w:val="002A0201"/>
    <w:rsid w:val="002D394C"/>
    <w:rsid w:val="00326F90"/>
    <w:rsid w:val="00442C6D"/>
    <w:rsid w:val="0045024A"/>
    <w:rsid w:val="0051431A"/>
    <w:rsid w:val="00521D22"/>
    <w:rsid w:val="0053298A"/>
    <w:rsid w:val="00587775"/>
    <w:rsid w:val="005B0CC2"/>
    <w:rsid w:val="005B637B"/>
    <w:rsid w:val="005D3DFB"/>
    <w:rsid w:val="005E6670"/>
    <w:rsid w:val="006806CC"/>
    <w:rsid w:val="00766D96"/>
    <w:rsid w:val="00773C2C"/>
    <w:rsid w:val="00857E1F"/>
    <w:rsid w:val="008C103D"/>
    <w:rsid w:val="0094445A"/>
    <w:rsid w:val="00954A35"/>
    <w:rsid w:val="00996924"/>
    <w:rsid w:val="009B65EA"/>
    <w:rsid w:val="009D6629"/>
    <w:rsid w:val="00AA1D8D"/>
    <w:rsid w:val="00B47730"/>
    <w:rsid w:val="00C4021A"/>
    <w:rsid w:val="00CB0664"/>
    <w:rsid w:val="00CF7DD5"/>
    <w:rsid w:val="00D05A64"/>
    <w:rsid w:val="00D23373"/>
    <w:rsid w:val="00D45F07"/>
    <w:rsid w:val="00D50870"/>
    <w:rsid w:val="00D80B91"/>
    <w:rsid w:val="00DF1ED4"/>
    <w:rsid w:val="00E43B9A"/>
    <w:rsid w:val="00E921DB"/>
    <w:rsid w:val="00E97624"/>
    <w:rsid w:val="00FB11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2EEB58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3459</Characters>
  <Application>Microsoft Office Word</Application>
  <DocSecurity>0</DocSecurity>
  <Lines>91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2026-08-01T14:03:00Z</dcterms:created>
  <dcterms:modified xsi:type="dcterms:W3CDTF">2026-08-01T14:03:00Z</dcterms:modified>
  <cp:category/>
</cp:coreProperties>
</file>