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2E3A3" w14:textId="77777777" w:rsidR="00372093" w:rsidRDefault="00372093" w:rsidP="00372093">
      <w:pPr>
        <w:pStyle w:val="Heading1"/>
        <w:jc w:val="center"/>
      </w:pPr>
    </w:p>
    <w:p w14:paraId="4E89AA5B" w14:textId="7A565CCB" w:rsidR="009D22DB" w:rsidRDefault="00372093" w:rsidP="00372093">
      <w:pPr>
        <w:pStyle w:val="Heading1"/>
        <w:jc w:val="center"/>
      </w:pPr>
      <w:r>
        <w:t>Job Description: SECURITY GUARD</w:t>
      </w:r>
      <w:r>
        <w:br/>
        <w:t>MAMA Project Solutions Ltd.</w:t>
      </w:r>
    </w:p>
    <w:p w14:paraId="7C1E064D" w14:textId="77777777" w:rsidR="00372093" w:rsidRDefault="00372093">
      <w:pPr>
        <w:rPr>
          <w:b/>
        </w:rPr>
      </w:pPr>
    </w:p>
    <w:p w14:paraId="125935E9" w14:textId="06D6DE62" w:rsidR="009D22DB" w:rsidRDefault="00F5573F">
      <w:r>
        <w:rPr>
          <w:b/>
        </w:rPr>
        <w:t xml:space="preserve">Position Title: </w:t>
      </w:r>
      <w:r>
        <w:t>Security Guard</w:t>
      </w:r>
      <w:r>
        <w:br/>
      </w:r>
      <w:r>
        <w:rPr>
          <w:b/>
        </w:rPr>
        <w:t xml:space="preserve">Reports To: </w:t>
      </w:r>
      <w:r>
        <w:t xml:space="preserve">Head of Security (or Director of Field Operations if no Head of Security is </w:t>
      </w:r>
      <w:r w:rsidR="00D25A57">
        <w:t>available</w:t>
      </w:r>
      <w:r>
        <w:t>)</w:t>
      </w:r>
      <w:r>
        <w:br/>
      </w:r>
      <w:r>
        <w:rPr>
          <w:b/>
        </w:rPr>
        <w:t xml:space="preserve">Duty Station: </w:t>
      </w:r>
      <w:r w:rsidR="00D25A57">
        <w:t>Lemek, N</w:t>
      </w:r>
      <w:r>
        <w:t>arok County, Kenya (assigned to MAMA Project Solutions facilities, project sites, and other locations as required)</w:t>
      </w:r>
    </w:p>
    <w:p w14:paraId="0375DEC0" w14:textId="77777777" w:rsidR="009D22DB" w:rsidRDefault="00F5573F">
      <w:pPr>
        <w:pStyle w:val="Heading2"/>
      </w:pPr>
      <w:r>
        <w:t>Position Summary</w:t>
      </w:r>
    </w:p>
    <w:p w14:paraId="5BEF1A94" w14:textId="2F868CCC" w:rsidR="009D22DB" w:rsidRDefault="00F5573F">
      <w:r>
        <w:t xml:space="preserve">The Security Guard is responsible for protecting the people, property, equipment, vehicles, and assets of MAMA Project Solutions Ltd. The Security Guard helps maintain a safe, secure, and welcoming environment for employees, volunteers, </w:t>
      </w:r>
      <w:r w:rsidR="00CE1257">
        <w:t xml:space="preserve">clients, </w:t>
      </w:r>
      <w:r>
        <w:t>visitors, contractors, and community members.</w:t>
      </w:r>
    </w:p>
    <w:p w14:paraId="7EDB8DC2" w14:textId="7C9C4397" w:rsidR="009D22DB" w:rsidRDefault="00F5573F">
      <w:r>
        <w:t xml:space="preserve">This position requires integrity, alertness, professionalism, and sound judgment. Security Guards serve as ambassadors of the organization by providing courteous assistance while maintaining vigilance and enforcing </w:t>
      </w:r>
      <w:r w:rsidR="00CE1257">
        <w:t xml:space="preserve">the company’s </w:t>
      </w:r>
      <w:r>
        <w:t>security procedures.</w:t>
      </w:r>
    </w:p>
    <w:p w14:paraId="47DA3E31" w14:textId="77777777" w:rsidR="009D22DB" w:rsidRDefault="00F5573F">
      <w:pPr>
        <w:pStyle w:val="Heading2"/>
      </w:pPr>
      <w:r>
        <w:t>Facility Security</w:t>
      </w:r>
    </w:p>
    <w:p w14:paraId="1A90BB3D" w14:textId="0F22A50D" w:rsidR="009D22DB" w:rsidRDefault="00F5573F">
      <w:pPr>
        <w:pStyle w:val="ListBullet"/>
      </w:pPr>
      <w:r>
        <w:t xml:space="preserve">Guard offices, </w:t>
      </w:r>
      <w:r w:rsidR="00D25A57">
        <w:t xml:space="preserve">land, tents, </w:t>
      </w:r>
      <w:r>
        <w:t>residences, compounds, and project facilities.</w:t>
      </w:r>
    </w:p>
    <w:p w14:paraId="3D6BDA0B" w14:textId="77777777" w:rsidR="009D22DB" w:rsidRDefault="00F5573F">
      <w:pPr>
        <w:pStyle w:val="ListBullet"/>
      </w:pPr>
      <w:r>
        <w:t>Monitor entrances and exits.</w:t>
      </w:r>
    </w:p>
    <w:p w14:paraId="6D98AB64" w14:textId="5D7D1C2A" w:rsidR="009D22DB" w:rsidRDefault="00F5573F">
      <w:pPr>
        <w:pStyle w:val="ListBullet"/>
      </w:pPr>
      <w:r>
        <w:t xml:space="preserve">Control access to </w:t>
      </w:r>
      <w:r w:rsidR="00CE1257">
        <w:t xml:space="preserve">the company’s </w:t>
      </w:r>
      <w:r>
        <w:t>property.</w:t>
      </w:r>
    </w:p>
    <w:p w14:paraId="14F3FB8A" w14:textId="77777777" w:rsidR="009D22DB" w:rsidRDefault="00F5573F">
      <w:pPr>
        <w:pStyle w:val="ListBullet"/>
      </w:pPr>
      <w:r>
        <w:t>Verify visitors and maintain visitor logs.</w:t>
      </w:r>
    </w:p>
    <w:p w14:paraId="6F05994C" w14:textId="77777777" w:rsidR="009D22DB" w:rsidRDefault="00F5573F">
      <w:pPr>
        <w:pStyle w:val="ListBullet"/>
      </w:pPr>
      <w:r>
        <w:t>Secure gates, doors, windows, and buildings.</w:t>
      </w:r>
    </w:p>
    <w:p w14:paraId="44D6F358" w14:textId="23A24442" w:rsidR="009D22DB" w:rsidRDefault="00F5573F">
      <w:pPr>
        <w:pStyle w:val="ListBullet"/>
      </w:pPr>
      <w:r>
        <w:t xml:space="preserve">Conduct regular patrols of </w:t>
      </w:r>
      <w:r w:rsidR="00D25A57">
        <w:t xml:space="preserve">tents, </w:t>
      </w:r>
      <w:r>
        <w:t>buildings and surrounding grounds.</w:t>
      </w:r>
    </w:p>
    <w:p w14:paraId="05423ED4" w14:textId="77777777" w:rsidR="009D22DB" w:rsidRDefault="00F5573F">
      <w:pPr>
        <w:pStyle w:val="ListBullet"/>
      </w:pPr>
      <w:r>
        <w:t>Monitor perimeter fencing and lighting.</w:t>
      </w:r>
    </w:p>
    <w:p w14:paraId="597105E8" w14:textId="77777777" w:rsidR="009D22DB" w:rsidRDefault="00F5573F">
      <w:pPr>
        <w:pStyle w:val="Heading2"/>
      </w:pPr>
      <w:r>
        <w:t>Asset Protection</w:t>
      </w:r>
    </w:p>
    <w:p w14:paraId="5FFC8CA4" w14:textId="5D296279" w:rsidR="009D22DB" w:rsidRDefault="00F5573F">
      <w:pPr>
        <w:pStyle w:val="ListBullet"/>
      </w:pPr>
      <w:r>
        <w:t>Protect vehicles, machinery, tools, equipment, fuel, generators, solar equipment, water systems, and supplies.</w:t>
      </w:r>
    </w:p>
    <w:p w14:paraId="76AC56FA" w14:textId="6850C1E8" w:rsidR="009D22DB" w:rsidRDefault="00F5573F">
      <w:pPr>
        <w:pStyle w:val="ListBullet"/>
      </w:pPr>
      <w:r>
        <w:t>Monitor</w:t>
      </w:r>
      <w:r w:rsidR="00D25A57">
        <w:t xml:space="preserve"> </w:t>
      </w:r>
      <w:r>
        <w:t>storage facilities.</w:t>
      </w:r>
    </w:p>
    <w:p w14:paraId="4C91A822" w14:textId="77777777" w:rsidR="009D22DB" w:rsidRDefault="00F5573F">
      <w:pPr>
        <w:pStyle w:val="ListBullet"/>
      </w:pPr>
      <w:r>
        <w:t>Prevent theft, vandalism, and unauthorized access.</w:t>
      </w:r>
    </w:p>
    <w:p w14:paraId="0AEC0F2D" w14:textId="77777777" w:rsidR="009D22DB" w:rsidRDefault="00F5573F">
      <w:pPr>
        <w:pStyle w:val="ListBullet"/>
      </w:pPr>
      <w:r>
        <w:t>Report missing or damaged property immediately.</w:t>
      </w:r>
    </w:p>
    <w:p w14:paraId="1D0ED744" w14:textId="77777777" w:rsidR="009D22DB" w:rsidRDefault="00F5573F">
      <w:pPr>
        <w:pStyle w:val="Heading2"/>
      </w:pPr>
      <w:r>
        <w:t>Patrol Duties</w:t>
      </w:r>
    </w:p>
    <w:p w14:paraId="5D64FBBB" w14:textId="77777777" w:rsidR="009D22DB" w:rsidRDefault="00F5573F">
      <w:pPr>
        <w:pStyle w:val="ListBullet"/>
      </w:pPr>
      <w:r>
        <w:t>Conduct scheduled foot and vehicle patrols.</w:t>
      </w:r>
    </w:p>
    <w:p w14:paraId="061A1F56" w14:textId="77777777" w:rsidR="009D22DB" w:rsidRDefault="00F5573F">
      <w:pPr>
        <w:pStyle w:val="ListBullet"/>
      </w:pPr>
      <w:r>
        <w:t xml:space="preserve">Observe and report suspicious </w:t>
      </w:r>
      <w:proofErr w:type="gramStart"/>
      <w:r>
        <w:t>persons</w:t>
      </w:r>
      <w:proofErr w:type="gramEnd"/>
      <w:r>
        <w:t xml:space="preserve"> or activities.</w:t>
      </w:r>
    </w:p>
    <w:p w14:paraId="3330D706" w14:textId="77777777" w:rsidR="009D22DB" w:rsidRDefault="00F5573F">
      <w:pPr>
        <w:pStyle w:val="ListBullet"/>
      </w:pPr>
      <w:r>
        <w:t>Identify safety hazards and security risks.</w:t>
      </w:r>
    </w:p>
    <w:p w14:paraId="73B5BE2B" w14:textId="77777777" w:rsidR="009D22DB" w:rsidRDefault="00F5573F">
      <w:pPr>
        <w:pStyle w:val="ListBullet"/>
      </w:pPr>
      <w:r>
        <w:t>Maintain vigilance during both day and night shifts.</w:t>
      </w:r>
    </w:p>
    <w:p w14:paraId="2FDC23B3" w14:textId="77777777" w:rsidR="00372093" w:rsidRDefault="00372093">
      <w:r>
        <w:br w:type="page"/>
      </w:r>
    </w:p>
    <w:p w14:paraId="6566E87B" w14:textId="77777777" w:rsidR="00372093" w:rsidRDefault="00372093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14:paraId="1E4D7248" w14:textId="26E4BAB9" w:rsidR="009D22DB" w:rsidRDefault="00F5573F">
      <w:pPr>
        <w:pStyle w:val="Heading2"/>
      </w:pPr>
      <w:r>
        <w:t>Visitor Relations</w:t>
      </w:r>
    </w:p>
    <w:p w14:paraId="1C25F4F9" w14:textId="766F612D" w:rsidR="009D22DB" w:rsidRDefault="00F5573F">
      <w:pPr>
        <w:pStyle w:val="ListBullet"/>
      </w:pPr>
      <w:r>
        <w:t xml:space="preserve">Greet </w:t>
      </w:r>
      <w:r w:rsidR="00A22D3B">
        <w:t xml:space="preserve">clients and </w:t>
      </w:r>
      <w:r>
        <w:t>visitors professionally.</w:t>
      </w:r>
    </w:p>
    <w:p w14:paraId="7733AC80" w14:textId="5BE9CEC2" w:rsidR="009D22DB" w:rsidRDefault="00F5573F">
      <w:pPr>
        <w:pStyle w:val="ListBullet"/>
      </w:pPr>
      <w:r>
        <w:t xml:space="preserve">Direct </w:t>
      </w:r>
      <w:r w:rsidR="00A22D3B">
        <w:t xml:space="preserve">clients and </w:t>
      </w:r>
      <w:r>
        <w:t>visitors to appropriate staff.</w:t>
      </w:r>
    </w:p>
    <w:p w14:paraId="146DA59C" w14:textId="77777777" w:rsidR="009D22DB" w:rsidRDefault="00F5573F">
      <w:pPr>
        <w:pStyle w:val="ListBullet"/>
      </w:pPr>
      <w:r>
        <w:t>Maintain visitor records.</w:t>
      </w:r>
    </w:p>
    <w:p w14:paraId="4D7715EE" w14:textId="45784E37" w:rsidR="009D22DB" w:rsidRDefault="00F5573F">
      <w:pPr>
        <w:pStyle w:val="ListBullet"/>
      </w:pPr>
      <w:r>
        <w:t xml:space="preserve">Assist </w:t>
      </w:r>
      <w:r w:rsidR="00A22D3B">
        <w:t xml:space="preserve">clients and </w:t>
      </w:r>
      <w:r>
        <w:t xml:space="preserve">visitors in accordance with </w:t>
      </w:r>
      <w:r w:rsidR="00075CB9">
        <w:t>the</w:t>
      </w:r>
      <w:r>
        <w:t xml:space="preserve"> </w:t>
      </w:r>
      <w:r w:rsidR="00075CB9">
        <w:t xml:space="preserve">company’s </w:t>
      </w:r>
      <w:r>
        <w:t>procedures.</w:t>
      </w:r>
    </w:p>
    <w:p w14:paraId="6C913781" w14:textId="77777777" w:rsidR="009D22DB" w:rsidRDefault="00F5573F">
      <w:pPr>
        <w:pStyle w:val="Heading2"/>
      </w:pPr>
      <w:r>
        <w:t>Emergency Response</w:t>
      </w:r>
    </w:p>
    <w:p w14:paraId="1A0B4D39" w14:textId="6F2F7DB1" w:rsidR="009D22DB" w:rsidRDefault="00F5573F">
      <w:pPr>
        <w:pStyle w:val="ListBullet"/>
      </w:pPr>
      <w:r>
        <w:t xml:space="preserve">Respond appropriately to emergencies, including </w:t>
      </w:r>
      <w:r w:rsidR="00075CB9">
        <w:t xml:space="preserve">animal threats, </w:t>
      </w:r>
      <w:r>
        <w:t>fire, medical incidents, security threats, or natural disasters.</w:t>
      </w:r>
    </w:p>
    <w:p w14:paraId="3E9E32D6" w14:textId="77777777" w:rsidR="009D22DB" w:rsidRDefault="00F5573F">
      <w:pPr>
        <w:pStyle w:val="ListBullet"/>
      </w:pPr>
      <w:r>
        <w:t>Contact emergency services when necessary.</w:t>
      </w:r>
    </w:p>
    <w:p w14:paraId="56111F3F" w14:textId="77777777" w:rsidR="009D22DB" w:rsidRDefault="00F5573F">
      <w:pPr>
        <w:pStyle w:val="ListBullet"/>
      </w:pPr>
      <w:r>
        <w:t>Protect staff and visitors during emergencies.</w:t>
      </w:r>
    </w:p>
    <w:p w14:paraId="69E8961E" w14:textId="77777777" w:rsidR="009D22DB" w:rsidRDefault="00F5573F">
      <w:pPr>
        <w:pStyle w:val="ListBullet"/>
      </w:pPr>
      <w:r>
        <w:t>Assist with evacuations when required.</w:t>
      </w:r>
    </w:p>
    <w:p w14:paraId="1AD3DBC3" w14:textId="77777777" w:rsidR="009D22DB" w:rsidRDefault="00F5573F">
      <w:pPr>
        <w:pStyle w:val="Heading2"/>
      </w:pPr>
      <w:r>
        <w:t>Incident Reporting</w:t>
      </w:r>
    </w:p>
    <w:p w14:paraId="4CA279AB" w14:textId="77777777" w:rsidR="009D22DB" w:rsidRDefault="00F5573F">
      <w:pPr>
        <w:pStyle w:val="ListBullet"/>
      </w:pPr>
      <w:r>
        <w:t>Maintain accurate daily security logs.</w:t>
      </w:r>
    </w:p>
    <w:p w14:paraId="12D412E1" w14:textId="77777777" w:rsidR="009D22DB" w:rsidRDefault="00F5573F">
      <w:pPr>
        <w:pStyle w:val="ListBullet"/>
      </w:pPr>
      <w:r>
        <w:t>Report security concerns promptly to supervisors.</w:t>
      </w:r>
    </w:p>
    <w:p w14:paraId="6CE507B8" w14:textId="3E46DEC4" w:rsidR="009D22DB" w:rsidRDefault="009032EE">
      <w:pPr>
        <w:pStyle w:val="ListBullet"/>
      </w:pPr>
      <w:r>
        <w:t>Make sure accidents, disturbances, and unusual events are documented.</w:t>
      </w:r>
    </w:p>
    <w:p w14:paraId="296610B6" w14:textId="77777777" w:rsidR="009D22DB" w:rsidRDefault="00F5573F">
      <w:pPr>
        <w:pStyle w:val="Heading2"/>
      </w:pPr>
      <w:r>
        <w:t>Safety</w:t>
      </w:r>
    </w:p>
    <w:p w14:paraId="4B9BDB20" w14:textId="77777777" w:rsidR="009D22DB" w:rsidRDefault="00F5573F">
      <w:pPr>
        <w:pStyle w:val="ListBullet"/>
      </w:pPr>
      <w:r>
        <w:t>Assist in enforcing workplace safety procedures.</w:t>
      </w:r>
    </w:p>
    <w:p w14:paraId="35323FA1" w14:textId="4786EEEE" w:rsidR="009D22DB" w:rsidRDefault="00F5573F">
      <w:pPr>
        <w:pStyle w:val="ListBullet"/>
      </w:pPr>
      <w:r>
        <w:t>Monitor emergency equipment.</w:t>
      </w:r>
    </w:p>
    <w:p w14:paraId="63BFD7A2" w14:textId="77777777" w:rsidR="009D22DB" w:rsidRDefault="00F5573F">
      <w:pPr>
        <w:pStyle w:val="ListBullet"/>
      </w:pPr>
      <w:r>
        <w:t>Report unsafe conditions immediately.</w:t>
      </w:r>
    </w:p>
    <w:p w14:paraId="51C03B04" w14:textId="0BD26EC0" w:rsidR="009D22DB" w:rsidRDefault="00F5573F">
      <w:pPr>
        <w:pStyle w:val="ListBullet"/>
      </w:pPr>
      <w:r>
        <w:t>Help ensure vehicles and buildings remain secure.</w:t>
      </w:r>
    </w:p>
    <w:p w14:paraId="56A4E823" w14:textId="77777777" w:rsidR="009D22DB" w:rsidRDefault="00F5573F">
      <w:pPr>
        <w:pStyle w:val="Heading2"/>
      </w:pPr>
      <w:r>
        <w:t>Community Relations</w:t>
      </w:r>
    </w:p>
    <w:p w14:paraId="0F6A5ED5" w14:textId="77777777" w:rsidR="009D22DB" w:rsidRDefault="00F5573F">
      <w:pPr>
        <w:pStyle w:val="ListBullet"/>
      </w:pPr>
      <w:r>
        <w:t>Treat all community members with dignity and respect.</w:t>
      </w:r>
    </w:p>
    <w:p w14:paraId="7EC4DC3B" w14:textId="77777777" w:rsidR="009D22DB" w:rsidRDefault="00F5573F">
      <w:pPr>
        <w:pStyle w:val="ListBullet"/>
      </w:pPr>
      <w:r>
        <w:t>Exercise good judgment when interacting with the public.</w:t>
      </w:r>
    </w:p>
    <w:p w14:paraId="6141AEE1" w14:textId="77777777" w:rsidR="009D22DB" w:rsidRDefault="00F5573F">
      <w:pPr>
        <w:pStyle w:val="ListBullet"/>
      </w:pPr>
      <w:r>
        <w:t>Resolve minor concerns peacefully whenever possible.</w:t>
      </w:r>
    </w:p>
    <w:p w14:paraId="2FDED9DC" w14:textId="77777777" w:rsidR="009D22DB" w:rsidRDefault="00F5573F">
      <w:pPr>
        <w:pStyle w:val="ListBullet"/>
      </w:pPr>
      <w:r>
        <w:t>Maintain positive relationships with neighboring communities.</w:t>
      </w:r>
    </w:p>
    <w:p w14:paraId="04E2C5CC" w14:textId="77777777" w:rsidR="00372093" w:rsidRDefault="00372093" w:rsidP="00372093">
      <w:pPr>
        <w:pStyle w:val="Heading2"/>
      </w:pPr>
      <w:r>
        <w:t>Field Support</w:t>
      </w:r>
    </w:p>
    <w:p w14:paraId="0ACAE87F" w14:textId="77777777" w:rsidR="00372093" w:rsidRDefault="00372093" w:rsidP="00372093">
      <w:pPr>
        <w:pStyle w:val="ListBullet"/>
      </w:pPr>
      <w:r>
        <w:t>Load and unload project vehicles.</w:t>
      </w:r>
    </w:p>
    <w:p w14:paraId="25460B42" w14:textId="77777777" w:rsidR="00372093" w:rsidRDefault="00372093" w:rsidP="00372093">
      <w:pPr>
        <w:pStyle w:val="ListBullet"/>
      </w:pPr>
      <w:r>
        <w:t>Assist field teams with transporting and organizing project materials.</w:t>
      </w:r>
    </w:p>
    <w:p w14:paraId="0B2AA285" w14:textId="6FD2304B" w:rsidR="00372093" w:rsidRPr="006919F2" w:rsidRDefault="00372093" w:rsidP="00372093">
      <w:pPr>
        <w:pStyle w:val="ListBullet"/>
      </w:pPr>
      <w:r w:rsidRPr="006919F2">
        <w:t xml:space="preserve">Help with assembly and distribution of supplies </w:t>
      </w:r>
      <w:r w:rsidR="000D6D2D">
        <w:t>for</w:t>
      </w:r>
      <w:r w:rsidRPr="006919F2">
        <w:t xml:space="preserve"> field work or community outreach activities</w:t>
      </w:r>
      <w:r>
        <w:t>, as available.</w:t>
      </w:r>
    </w:p>
    <w:p w14:paraId="7DA97CFD" w14:textId="77777777" w:rsidR="00372093" w:rsidRDefault="00372093" w:rsidP="00372093">
      <w:pPr>
        <w:pStyle w:val="ListBullet"/>
      </w:pPr>
      <w:r>
        <w:t>Support staff during field events and community programs.</w:t>
      </w:r>
    </w:p>
    <w:p w14:paraId="1358AAE3" w14:textId="77777777" w:rsidR="009D22DB" w:rsidRDefault="00F5573F">
      <w:pPr>
        <w:pStyle w:val="Heading2"/>
      </w:pPr>
      <w:r>
        <w:t>Required Qualifications</w:t>
      </w:r>
    </w:p>
    <w:p w14:paraId="7FA7737F" w14:textId="37A353A6" w:rsidR="00D01E9D" w:rsidRDefault="00D01E9D" w:rsidP="00D01E9D">
      <w:pPr>
        <w:pStyle w:val="ListBullet"/>
      </w:pPr>
      <w:r>
        <w:t>Previous security experience</w:t>
      </w:r>
      <w:r w:rsidR="00740AD2">
        <w:t xml:space="preserve"> or training.</w:t>
      </w:r>
    </w:p>
    <w:p w14:paraId="053B2E32" w14:textId="77777777" w:rsidR="009D22DB" w:rsidRDefault="00F5573F">
      <w:pPr>
        <w:pStyle w:val="ListBullet"/>
      </w:pPr>
      <w:r>
        <w:t>Good physical health and fitness.</w:t>
      </w:r>
    </w:p>
    <w:p w14:paraId="4A67EB63" w14:textId="77777777" w:rsidR="009D22DB" w:rsidRDefault="00F5573F">
      <w:pPr>
        <w:pStyle w:val="ListBullet"/>
      </w:pPr>
      <w:r>
        <w:t>Ability to remain alert during long shifts.</w:t>
      </w:r>
    </w:p>
    <w:p w14:paraId="6EE8228D" w14:textId="36F47370" w:rsidR="00D01E9D" w:rsidRDefault="00F5573F" w:rsidP="00D01E9D">
      <w:pPr>
        <w:pStyle w:val="ListBullet"/>
      </w:pPr>
      <w:r>
        <w:t>Good observational skills.</w:t>
      </w:r>
    </w:p>
    <w:p w14:paraId="26D1D81A" w14:textId="2F3BF685" w:rsidR="00024514" w:rsidRDefault="00024514" w:rsidP="00D01E9D">
      <w:pPr>
        <w:pStyle w:val="ListBullet"/>
      </w:pPr>
      <w:r>
        <w:t>Good communication skills in Kiswahili and Maa.</w:t>
      </w:r>
    </w:p>
    <w:p w14:paraId="72569800" w14:textId="77777777" w:rsidR="00355D02" w:rsidRDefault="00355D02" w:rsidP="00355D02">
      <w:pPr>
        <w:pStyle w:val="ListBullet"/>
      </w:pPr>
      <w:r>
        <w:t>Clean criminal record.</w:t>
      </w:r>
    </w:p>
    <w:p w14:paraId="49E8EEDA" w14:textId="1FAA524A" w:rsidR="00372093" w:rsidRDefault="00372093" w:rsidP="009F199A">
      <w:r>
        <w:br w:type="page"/>
      </w:r>
    </w:p>
    <w:p w14:paraId="38408BF1" w14:textId="37F194DF" w:rsidR="009D22DB" w:rsidRDefault="00F5573F">
      <w:pPr>
        <w:pStyle w:val="Heading2"/>
      </w:pPr>
      <w:r>
        <w:lastRenderedPageBreak/>
        <w:t>Preferred Qualifications</w:t>
      </w:r>
    </w:p>
    <w:p w14:paraId="471AE928" w14:textId="77777777" w:rsidR="009D22DB" w:rsidRDefault="00F5573F">
      <w:pPr>
        <w:pStyle w:val="ListBullet"/>
      </w:pPr>
      <w:r>
        <w:t>S</w:t>
      </w:r>
      <w:r>
        <w:t>ecurity Guard training or certification.</w:t>
      </w:r>
    </w:p>
    <w:p w14:paraId="4034FA50" w14:textId="497AC414" w:rsidR="00D01E9D" w:rsidRDefault="00D01E9D" w:rsidP="00D01E9D">
      <w:pPr>
        <w:pStyle w:val="ListBullet"/>
      </w:pPr>
      <w:r>
        <w:t>Completion of Grade 8 education.</w:t>
      </w:r>
    </w:p>
    <w:p w14:paraId="6ABF7278" w14:textId="57B5BCE7" w:rsidR="007257FB" w:rsidRDefault="007257FB" w:rsidP="007257FB">
      <w:pPr>
        <w:pStyle w:val="ListBullet"/>
      </w:pPr>
      <w:r>
        <w:t>Experience working with NGOs/nonprofits, schools, lodges, hospitals, or commercial facilities.</w:t>
      </w:r>
    </w:p>
    <w:p w14:paraId="6E6F6EFB" w14:textId="77777777" w:rsidR="009D22DB" w:rsidRDefault="00F5573F">
      <w:pPr>
        <w:pStyle w:val="ListBullet"/>
      </w:pPr>
      <w:r>
        <w:t>First Aid certification.</w:t>
      </w:r>
    </w:p>
    <w:p w14:paraId="41C8D3C3" w14:textId="5070B7CE" w:rsidR="00D01E9D" w:rsidRDefault="00D01E9D" w:rsidP="00D01E9D">
      <w:pPr>
        <w:pStyle w:val="ListBullet"/>
      </w:pPr>
      <w:r>
        <w:t>Basic knowledge of fire safety procedures</w:t>
      </w:r>
    </w:p>
    <w:p w14:paraId="3F599778" w14:textId="5EFABB39" w:rsidR="00740AD2" w:rsidRDefault="00740AD2" w:rsidP="00740AD2">
      <w:pPr>
        <w:pStyle w:val="ListBullet"/>
      </w:pPr>
      <w:r>
        <w:t xml:space="preserve">Basic knowledge of </w:t>
      </w:r>
      <w:r>
        <w:t>how to deal with animal threats.</w:t>
      </w:r>
    </w:p>
    <w:p w14:paraId="0AFEB49C" w14:textId="1963FEB0" w:rsidR="009D22DB" w:rsidRDefault="00D01E9D" w:rsidP="00D01E9D">
      <w:pPr>
        <w:pStyle w:val="ListBullet"/>
      </w:pPr>
      <w:r>
        <w:t>Ability to write basic reports.</w:t>
      </w:r>
    </w:p>
    <w:p w14:paraId="7F9BB53B" w14:textId="73077304" w:rsidR="00D01E9D" w:rsidRDefault="00D01E9D" w:rsidP="00D01E9D">
      <w:pPr>
        <w:pStyle w:val="ListBullet"/>
      </w:pPr>
      <w:r>
        <w:t>Ability to read and write Kiswahili or Masa.</w:t>
      </w:r>
    </w:p>
    <w:p w14:paraId="119D909D" w14:textId="23468D1B" w:rsidR="00D01E9D" w:rsidRDefault="00D01E9D" w:rsidP="00D01E9D">
      <w:pPr>
        <w:pStyle w:val="ListBullet"/>
      </w:pPr>
      <w:r>
        <w:t>Basic English communication</w:t>
      </w:r>
      <w:r w:rsidR="006F288E">
        <w:t xml:space="preserve"> skills.</w:t>
      </w:r>
    </w:p>
    <w:p w14:paraId="68637F43" w14:textId="77777777" w:rsidR="009D22DB" w:rsidRDefault="00F5573F">
      <w:pPr>
        <w:pStyle w:val="Heading2"/>
      </w:pPr>
      <w:r>
        <w:t>Personal Qualities</w:t>
      </w:r>
    </w:p>
    <w:p w14:paraId="0A1D3C54" w14:textId="1DFDECAB" w:rsidR="009D22DB" w:rsidRDefault="00740AD2" w:rsidP="00740AD2">
      <w:pPr>
        <w:pStyle w:val="ListBullet"/>
      </w:pPr>
      <w:r>
        <w:t>High integrity: h</w:t>
      </w:r>
      <w:r w:rsidR="00F5573F">
        <w:t>onest and trustworthy.</w:t>
      </w:r>
    </w:p>
    <w:p w14:paraId="7C509BC6" w14:textId="60F3E554" w:rsidR="009D22DB" w:rsidRDefault="00F5573F" w:rsidP="00740AD2">
      <w:pPr>
        <w:pStyle w:val="ListBullet"/>
      </w:pPr>
      <w:r>
        <w:t>Calm under pressure.</w:t>
      </w:r>
    </w:p>
    <w:p w14:paraId="3B74EC4C" w14:textId="77777777" w:rsidR="009D22DB" w:rsidRDefault="00F5573F">
      <w:pPr>
        <w:pStyle w:val="ListBullet"/>
      </w:pPr>
      <w:r>
        <w:t>Courteous and respectful.</w:t>
      </w:r>
    </w:p>
    <w:p w14:paraId="0F99F2B5" w14:textId="77777777" w:rsidR="009D22DB" w:rsidRDefault="00F5573F">
      <w:pPr>
        <w:pStyle w:val="ListBullet"/>
      </w:pPr>
      <w:r>
        <w:t>Dependable and punctual.</w:t>
      </w:r>
    </w:p>
    <w:p w14:paraId="2000CE17" w14:textId="77777777" w:rsidR="009D22DB" w:rsidRDefault="00F5573F">
      <w:pPr>
        <w:pStyle w:val="ListBullet"/>
      </w:pPr>
      <w:r>
        <w:t>Strong observation skills.</w:t>
      </w:r>
    </w:p>
    <w:p w14:paraId="59EF1501" w14:textId="77777777" w:rsidR="009D22DB" w:rsidRDefault="00F5573F">
      <w:pPr>
        <w:pStyle w:val="ListBullet"/>
      </w:pPr>
      <w:r>
        <w:t>Good judgment.</w:t>
      </w:r>
    </w:p>
    <w:p w14:paraId="4405C099" w14:textId="77777777" w:rsidR="009D22DB" w:rsidRDefault="00F5573F">
      <w:pPr>
        <w:pStyle w:val="ListBullet"/>
      </w:pPr>
      <w:r>
        <w:t>Team-oriented.</w:t>
      </w:r>
    </w:p>
    <w:p w14:paraId="2BBA8360" w14:textId="77777777" w:rsidR="009D22DB" w:rsidRDefault="00F5573F">
      <w:pPr>
        <w:pStyle w:val="ListBullet"/>
      </w:pPr>
      <w:r>
        <w:t>Committed to confidentiality.</w:t>
      </w:r>
    </w:p>
    <w:p w14:paraId="2D4ED2E4" w14:textId="77777777" w:rsidR="009D22DB" w:rsidRDefault="00F5573F">
      <w:pPr>
        <w:pStyle w:val="Heading2"/>
      </w:pPr>
      <w:r>
        <w:t>Physical Requirements</w:t>
      </w:r>
    </w:p>
    <w:p w14:paraId="43FD4693" w14:textId="77777777" w:rsidR="009D22DB" w:rsidRDefault="00F5573F">
      <w:pPr>
        <w:pStyle w:val="ListBullet"/>
      </w:pPr>
      <w:r>
        <w:t>Ability to stand and walk for extended periods.</w:t>
      </w:r>
    </w:p>
    <w:p w14:paraId="668955C2" w14:textId="77777777" w:rsidR="009D22DB" w:rsidRDefault="00F5573F">
      <w:pPr>
        <w:pStyle w:val="ListBullet"/>
      </w:pPr>
      <w:r>
        <w:t>Ability to patrol large compounds.</w:t>
      </w:r>
    </w:p>
    <w:p w14:paraId="3DABE3F2" w14:textId="316D30B7" w:rsidR="009D22DB" w:rsidRDefault="00F5573F" w:rsidP="00F95A22">
      <w:pPr>
        <w:pStyle w:val="ListBullet"/>
      </w:pPr>
      <w:r>
        <w:t xml:space="preserve">Ability to </w:t>
      </w:r>
      <w:proofErr w:type="gramStart"/>
      <w:r>
        <w:t>work day</w:t>
      </w:r>
      <w:r w:rsidR="00F95A22">
        <w:t>s</w:t>
      </w:r>
      <w:proofErr w:type="gramEnd"/>
      <w:r>
        <w:t>, night</w:t>
      </w:r>
      <w:r w:rsidR="00F95A22">
        <w:t>s</w:t>
      </w:r>
      <w:r>
        <w:t>, weekend</w:t>
      </w:r>
      <w:r w:rsidR="00F95A22">
        <w:t>s</w:t>
      </w:r>
      <w:r>
        <w:t>, and holiday</w:t>
      </w:r>
      <w:r w:rsidR="00F95A22">
        <w:t>s, in r</w:t>
      </w:r>
      <w:r w:rsidR="00A54194">
        <w:t>otating shifts</w:t>
      </w:r>
      <w:r w:rsidR="00740AD2">
        <w:t>.</w:t>
      </w:r>
    </w:p>
    <w:p w14:paraId="0654870C" w14:textId="77777777" w:rsidR="009D22DB" w:rsidRDefault="00F5573F">
      <w:pPr>
        <w:pStyle w:val="ListBullet"/>
      </w:pPr>
      <w:r>
        <w:t xml:space="preserve">Ability to work outdoors in </w:t>
      </w:r>
      <w:proofErr w:type="gramStart"/>
      <w:r>
        <w:t>varying</w:t>
      </w:r>
      <w:proofErr w:type="gramEnd"/>
      <w:r>
        <w:t xml:space="preserve"> weather conditions.</w:t>
      </w:r>
    </w:p>
    <w:p w14:paraId="73CD7973" w14:textId="77777777" w:rsidR="009D22DB" w:rsidRDefault="00F5573F">
      <w:pPr>
        <w:pStyle w:val="ListBullet"/>
      </w:pPr>
      <w:r>
        <w:t>Ability to respond quickly to emergencies.</w:t>
      </w:r>
    </w:p>
    <w:p w14:paraId="2CB9236B" w14:textId="77777777" w:rsidR="009D22DB" w:rsidRDefault="00F5573F">
      <w:pPr>
        <w:pStyle w:val="Heading2"/>
      </w:pPr>
      <w:r>
        <w:t>Employment Conditions</w:t>
      </w:r>
    </w:p>
    <w:p w14:paraId="5590966A" w14:textId="77777777" w:rsidR="009D22DB" w:rsidRDefault="00F5573F">
      <w:pPr>
        <w:pStyle w:val="ListBullet"/>
      </w:pPr>
      <w:r>
        <w:t>Full-time position.</w:t>
      </w:r>
    </w:p>
    <w:p w14:paraId="0E886796" w14:textId="77777777" w:rsidR="009D22DB" w:rsidRDefault="00F5573F">
      <w:pPr>
        <w:pStyle w:val="ListBullet"/>
      </w:pPr>
      <w:r>
        <w:t>Subject to reference checks and, where permitted by law, background screening.</w:t>
      </w:r>
    </w:p>
    <w:p w14:paraId="21FAA33C" w14:textId="77777777" w:rsidR="009D22DB" w:rsidRDefault="00F5573F">
      <w:pPr>
        <w:pStyle w:val="ListBullet"/>
      </w:pPr>
      <w:r>
        <w:t>Must comply with all MAMA Project Solutions policies, safeguarding standards, security procedures, workplace safety requirements, and code of conduct.</w:t>
      </w:r>
    </w:p>
    <w:p w14:paraId="2755020D" w14:textId="77777777" w:rsidR="009D22DB" w:rsidRDefault="00F5573F">
      <w:pPr>
        <w:pStyle w:val="ListBullet"/>
      </w:pPr>
      <w:r>
        <w:t>Must wear the organization's approved security uniform and maintain a professional appearance while on duty.</w:t>
      </w:r>
    </w:p>
    <w:sectPr w:rsidR="009D22DB" w:rsidSect="00372093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9814505">
    <w:abstractNumId w:val="8"/>
  </w:num>
  <w:num w:numId="2" w16cid:durableId="425731594">
    <w:abstractNumId w:val="6"/>
  </w:num>
  <w:num w:numId="3" w16cid:durableId="234752969">
    <w:abstractNumId w:val="5"/>
  </w:num>
  <w:num w:numId="4" w16cid:durableId="1268661175">
    <w:abstractNumId w:val="4"/>
  </w:num>
  <w:num w:numId="5" w16cid:durableId="1544320121">
    <w:abstractNumId w:val="7"/>
  </w:num>
  <w:num w:numId="6" w16cid:durableId="2015913592">
    <w:abstractNumId w:val="3"/>
  </w:num>
  <w:num w:numId="7" w16cid:durableId="1362170454">
    <w:abstractNumId w:val="2"/>
  </w:num>
  <w:num w:numId="8" w16cid:durableId="1327591889">
    <w:abstractNumId w:val="1"/>
  </w:num>
  <w:num w:numId="9" w16cid:durableId="1693066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514"/>
    <w:rsid w:val="00034616"/>
    <w:rsid w:val="0006063C"/>
    <w:rsid w:val="00075CB9"/>
    <w:rsid w:val="000D6D2D"/>
    <w:rsid w:val="0015074B"/>
    <w:rsid w:val="0029639D"/>
    <w:rsid w:val="00326F90"/>
    <w:rsid w:val="00355D02"/>
    <w:rsid w:val="00372093"/>
    <w:rsid w:val="006F288E"/>
    <w:rsid w:val="007257FB"/>
    <w:rsid w:val="00740AD2"/>
    <w:rsid w:val="008A338A"/>
    <w:rsid w:val="009032EE"/>
    <w:rsid w:val="009D22DB"/>
    <w:rsid w:val="009D6629"/>
    <w:rsid w:val="009F199A"/>
    <w:rsid w:val="00A22D3B"/>
    <w:rsid w:val="00A54194"/>
    <w:rsid w:val="00A65B0B"/>
    <w:rsid w:val="00AA1D8D"/>
    <w:rsid w:val="00B47730"/>
    <w:rsid w:val="00CB0664"/>
    <w:rsid w:val="00CD40CB"/>
    <w:rsid w:val="00CE1257"/>
    <w:rsid w:val="00D01E9D"/>
    <w:rsid w:val="00D25A57"/>
    <w:rsid w:val="00F95A2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FB97CA"/>
  <w14:defaultImageDpi w14:val="300"/>
  <w15:docId w15:val="{5B106A49-3BF5-4A88-8555-74D0F758F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4050</Characters>
  <Application>Microsoft Office Word</Application>
  <DocSecurity>0</DocSecurity>
  <Lines>112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Julia Christensen</cp:lastModifiedBy>
  <cp:revision>2</cp:revision>
  <dcterms:created xsi:type="dcterms:W3CDTF">2026-08-01T13:56:00Z</dcterms:created>
  <dcterms:modified xsi:type="dcterms:W3CDTF">2026-08-01T13:56:00Z</dcterms:modified>
  <cp:category/>
</cp:coreProperties>
</file>